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De los que se han hecho. Y también,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de los que se han hecho. Gracias. Buenos días a todos. Es una alegría de poder presidir el primer Consejo de Facultad. Como decía Claudia Leuva, nuestra Jefa de Gabinete. Nos van a tener que aceptar un poquito de idea como el cartelito en rodaje, si hay alguna cosa que vamos a tener que ir preguntando como por ejemplo ahora, como se conectan via Zoom los consejeros. Me gustaría como en este Consejo, bueno prácticamente, no, no prácticamente, hay un grupo importante de directores nuevos en este Consejo, pero también hay muchos directores de departamentos nuevos que hagamos una ronda breve en que nos presentemos nombre y cargo por la razón que estamos en el Consejo, así nos podemos conocer antes de partir nuestra primera sesión, les parece. Así que bueno, a mí me conocen Susana Monchain, Ingeniería Industrial de origen, ahora que me sentía Facultad de Ciencias Físicas y Matemáticas de Cana. Así que partimos por la derecha. Hola a todos, Fernando Ordoñe, vice de Cano. Williams Calderón, director de la Escuela Populado de Educación continua. Y vengo del Departamento de Ingeniería Mecanica. ¿Qué origen? Rodrigo Soto, vengo del Departamento de Física y soy director de Impulación Externa. Marie Marie Boulamien, Inche Dorisai Weichapan, Inche Kimelfe, Departamento de Ingeniería Eléctrica, Ayuke Len, Inche, directora Diversidad de Género, Diversidad y Género. Y bueno, lo digo en español. Soy profesora del Departamento de Ingeniería Eléctrica, bueno y directora muy contenta de diversidad y género, donde está la Subdirección de Género y Subdirección de Pueblos Indígenas. Y además comentaba de que para mí es muy importante estar acá. Así que es. Gracias. Chau el tu maíz. Buenos días, mi nombre es Rodrigo Núñez, soy el director de Infraestructuras y Servicios Generales y previo acá vengo del área privada. Claudia Leyva, jefe de gabinete en este momento desde la Chile, vengo de industria, pero tengo el pecado original de haber estudiado en la Católica y he trabajado allá. Pero ya llevo un tiempo trabajando con la Susana, así que muy feliz de conocerlos a todos. Me di una hueltecita recién. Buenos días a todos y a todos, mi nombre es Paulina Fuente, subdirectora jurídica, cada de las facultades le doy la bienvenida a los nuevos directores que de departamento también en estas nuevas sesiones. Hola, buenos días, mi nombre es Ángelo Castrucho y soy el director del Departamento de Geología. Buenos días, mi nombre es Isadora Berlanga del Departamento de Ingeniería Química, Biotecnología y Materiales y soy consejera electa. Buenos días a todos y a todos, soy consejero electo, académico compartido de la iniciativa de datos e inteligencia artificial y el Departamento de Ciencias de la Computación y también soy director de esta iniciativa. Buenos días, mi nombre es Jorge Silva y soy director del Departamento de Ingeniería Eléctrica. Buenos días, Humberto Stein, director del AMTC como Centro de Facultad. Buenos días. Buenos días, soy Eduardo del Cader, director subrogante del Centro de Enrique Chiles. Buenos días, Patricio Rojo. Buenos días, Patricio Rojo de Astronomía, llevo un año y me quedo en la historia. Muy buenos días, Felipe Ochoa del Departamento de Ingeniería Civil y consejero electo. Buenos días, Astéan Rigelme, director subrogante del Centro Simológico. Humberto Palsa, director del Departamento de Ingeniería Química, Biotecnología y Materiales. Hola, buen día, soy Angelica Michea, trabajo en infraestructura docente y vengo en la administración como presidenta de la Asociación de Funcionarios. Buenos días, soy Jorge San Martín, consejero electo, vengo del Departamento de Ingeniería Matemáticas. Buenos días, soy Javier Ruiz, director del Departamento de Geofísica y primera vez en esta funcional, por si acaso. Buenos días, Alejandro Pantoja, director ejecutivo de Open Wechef. Buenos días, Dominico Sabone, Departamento de Física y consejero electo. Buenos días, soy Gonzalo Palma, director del Departamento de Física. Buenos días, soy Daniel Remenic, director del Departamento de Ingeniería Matemática. Buenos días, soy Álvaro Valencia, director del Departamento de Ingeniería Mecánica. Juan Felipe Deltran, director del Departamento de Ingeniería Civil y bueno, hace un par de semanas que comencé el segundo periodo. Claudio Gutiérrez, Departamento de Ciencias de la Computación, consejero eléctrico, último consejo, así que gracias. Hola, buenos días, Alejandro Evia, académico del Departamento de Ciencias de la Computación y también consejero electo. Hola, Joslyn Sibons, directora del Departamento de Ciencias de la Computación. Muy buenos días, Leandro Bosán, director del Departamento de Ingeniería de Mina, segundo ciclo. Hola, buenos días, Richard Weber, director sucrogante del Departamento de Ingeniería Industrial y hoy tenemos elección del nuevo director. Buenos días a todos, Danielo Cusmanich, director económico y administrativo de la facultad. Buenos días, Ricardo Herrera, académico del Departamento de Ingeniería Civil y director de la escuela de ingeniería y ciencias. Hola, buenos días, Alejandro Mas, director académico de investigación e innovación de la Facultad y del Departamento de Ingeniería de Matemática y Centro de Movedamiento Matemático. Muchas gracias a todos por la presentación. Yo creo que afortunadamente prácticamente los conozco a todos personalmente. Pero sí sería bueno que al comienzo incluso para la palabra, a lo mejor a algunos se sienta el libertad todavía de preguntar de dónde viene, qué hace, porque como director de ingeniería industrial me tomó un tiempo hasta que conocí a todos y todas en el consejo. Quería primero partir por con tales que el funcionamiento del consejo tiene un reglamento de sala que es un reglamento de sala aprobado por el consejo y por lo tanto está vigente un reglamento que tenemos que seguir que básicamente implica por ejemplo aprobaciones en la sala de algunas materias que son muy importantes pero rutinarias que el consejo recibe con antelación o sea el bienes cuando se cita ustedes van a tener la información y hoy día tenemos que seguir ese reglamento de sala pero para que vayan a lo mejor pensando en hacia el final de la sesión cuando veamos las cosas que el reglamento tenemos que discutir y aprobar hoy día quiero descar un espacio importante para justamente que discutamos un reglamento de salas que me gustaría proponer y que podamos convertir y me dieran sus opiniones sobre principalmente cuáles son los temas relevantes cuál le gustaría a ustedes que fuera justamente la dinámica que tuviéramos en este consejo de facultad y esto lo voy a dejar para el final porque yo creo que se nos puede extender un poquitito pero básicamente es ojalá discutir temas que son de interés de los departamentos de facultad de los centros y hay ciertas labores rutinarias que si podemos por ejemplo aprobar previamente sin necesidad de ocupar tiempo presencial de este consejo pero ahora voy a seguir con el el reglamento de sala actual y para ello primero tenemos que hay dos consejos previos a esto un consejo el consejo que fue el 24 de junio donde la mayoría de nosotros no no participamos en el rol que tenemos hoy día y después fue una sesión extraordinaria el 3 de julio que justamente fue para aprobar la la directiva de la los directores de los distintos y vice de canatura y por lo tanto eso corresponde a probarlo a los consejeros que estaban en el consejo anterior a este y doris urrutia la asistente de canatura lo resuelve con ellos a esto lo van a tener que aprobar pero no es materia nuestra así que por nos saltamos ese paso en sala como ustedes saben llevamos oficialmente tres semanas con la nueva administración y por lo tanto ha sido más bien un periodo de traspaso de informarnos el funcionamiento de cada una de las unidades de conocer de organizarnos y por lo tanto no vamos a hacer o más bien vamos a hacer algo bien breve donde algunos de los directores me pidieron la palabra para informar cosas bien puntuales pero bien entendible que no haya una agenda si nueva muy muy muy mucho temas a tratar entonces yo de hecho quería partir por una información porque también asistía a los consejos universitarios en casa central y también ahí me gustaría solamente levantar o informarles de un punto que sí me han estado preguntando que viene de hace mucho tiempo que es el tema de marcaje marcaje de los académicos entonces les quería contar que hubo un consejo académico no el consejo de de universitarios sino que más pequeño donde están todos los directores o sea todos los decanos y los directores de institutos y se aprobó lo siguiente que para los académicos a ver contraloría general pide tener un sistema de control no dice cuál es el sistema se ellos van a aceptar cualquiera que la universidad le proponga y que sea algún sistema control no no hay entonces se llegó al acuerdo que lo más razonable es tener un informe anual de las actividades de los académicos me escuchan bien yo siento como un eco ya y para ello tratando de minimizar la duplicidad de trabajo entonces como nosotros igual en nuestras facultades tenemos que tener un informe de la calificación cada dos años muchas y ahí me di cuenta que muchas facultades sí tienen este informe anual que alimenta al final esta calificación que para los profesores titulares cada cuatro años entonces es adelantar trabajo que yo creo que incluso es bueno para nosotros a mí me pasaba que de repente tenía que invertir tiempo tratando de recopilar toda la información de los años anteriores entonces esa es lo que se aprobó por unanimidad falta la ratificación de la contralora universitaria y que tan trámite no se ve ningún tipo de problema que vaya a haber pero eso es básicamente la resolución ahora yo levanté el tema porque nuestra facultad tiene que es bien en ese sentido bien particular tenemos muchos researchers investigadores dado que tenemos centros grandes tenemos personas que cumplen que son muy parecido al académico pero que no tienen no están en el proceso de calificación académica que no hacen clases etcétera pero que su labor en realidad también es de repente estar en trabajo de en terreno el laboratorio en reuniones en otras instituciones y por lo tanto a pesar de que están en la categoría de funcionario es compleja es una situación distinta entonces ahí lo que propusimos y la de la rectora le pareció de lo más razonable es que los investigadores que vamos a informar quienes son tengan lo que ya está implementado que se llama marcaje web o sea el marcaje web es vis básicamente que tienen que marcar pero puede ser online o sea puede ser en cualquier parte donde estén cumpliendo sus funciones y nosotros se lo informó que podemos poner además algo adicional en qué sentido que a lo mejor sería bueno que estas investigadores porque va a haber una zona gris que queremos evitar que es alguien por ejemplo que está cargo de un aparato en un laboratorio de una máquina y tiene que estar a cargo del funcionamiento del buen funcionamiento de esa máquina que es un profesional puede ser un ingeniero pero no un investigador no está haciendo investigación y esa persona tiene que tener un marcaje como funcionario porque es una labor rutinaria entonces se ha sugerido que también hagan un informe anual muy breve donde diga mire estoy trabajando en todos estos proyectos de investigación y a cargo de todo estos experimentos en el sito del cm o de otra unidad lo mejor no son experimentos pero son desarrollo de alguna investigación pero una cosa muy breve o sea nosotros queremos evitar que haya mucho burocracia mucho papeleo y esto solamente una vez al año y eso es lo que se propuso y a la rectora le pareció bien y estoy pensándose algo distinto yo sumí y esto tenía que mandarse como dos días después entonces nos hicieron una reunión muy e casi inmediata porque se tenía que mandar a contraloría había en ciertos plazos que cumplir si que eso quería informarle que lo único digamos más importante que porque mucho de usted me ha estado preguntando sobre el tema de cómo va a ser el marcaje para los académicos sé si tienen alguna pregunta muchas gracias de ganas ahí sé muchas gracias si dos consulta al respecto la primera pero tú me ha marcado o sea mencionadas el tema de la desinforme pero esa informe en definitiva tributa por actividad y atingente al tiempo porque el marcaje lo que busca en definitiva o lo que buscaba era cumplir con un tiempo cierto esto es actividad contra tiempo el mar el informe va a ser igual al que hacemos para el informe calificación o sea que el global del año tiene que sumarte el 100 por ciento porque se entiende que y así lo entiende contraloría también que tenemos una labor muy distinta que que no se cumple por horas y por lo tanto la idea es que sea idéntico al que ya tenemos que acercar a dos años a que esto sea en el fondo un input para completar el informe de los dos años de los cuatro años según sea el caso muchas gracias y la segunda consulta tiene relación con el mencionaron e investigadores los investigadores están contratados por el artículo 22 cierto y en de así entiendo no sé si ha cambiado si no te escucho por el inálogo lo investigadores están contratados por estatuto administrativo son funcionarios públicos si salvo en aquellos casos en que ciertas labores accidentales sean contratadas por un horario o sea y paulino responde mi pregunta o sea el artículo 22 claro que ellos tienen libres tributación desde el hogar o el lugar que ellos eligen pero me queda claro muchas gracias otra duda que pregunta perfecto entonces ahora vamos a seguir con le voy a dar la palabra a nuestros nuevos directores que quieren hacer intervención o sea contarnos un poquitito de algún tema que se ha pasado en esta par de semanas partimos con mi con el director académico investigación innovación la verdad que yo tenía casi nada que contar solo por mal de los directores y directoras que la secretaria de la dirección lisa se pulveda está contactándolos para tener una reunión de una hora y media para hablar de investigación para entender de primera fuente qué es lo que están haciendo cuáles son sus proyectos cuáles son sus ambiciones para los próximos años posiblemente en esa reunión además toquemos un mínimo de temas administrativos como usted escucha en el nombre son tres direcciones por esta dirección pasan los cometidos etcétera estamos trabajando y elaborando un manual de corrección de cometidos para como decía la de cana minimizar las hídas y vueltas y comprometer a los departamentos con las correcciones iniciales y terminar con las hídas y vueltas y pero esencialmente en esos estamos estamos contactando todas las direcciones y y asumiendo labores que en investigaciones particular que están distribuidas de alguna manera en la facultad a eso se lo voy a contar cuando vayamos juntando el formato va a ser libre me recibe el que quiera ojalá que esté el director y dos o tres personas más al menos pero si quiere estar todo el departamento perfecto eso lo va a poder avanzar así vamos a fijarse reuniones en agosto 6 en septiembre y 6 en octubre eso muchas gracias Alejandro alguna pregunta si es buena la iniciativa una consulta porque el del periodo de hoy están trabajando una base de datos de por cada departamento de la lista de lo académico con su publicación en sus proyectos la idea de avanzar en eso o sea cuál sería el objetivo de esta reunión todavía no me hacen entrega ninguna base de datos esto es llave en mano como digo yo aquí está tu cicina desconozco lo de la base de datos nadie me ha comunicado que hay una construcción de una base de datos pero puede aparecer no el objetivo es conversar con ustedes a ver lo que están haciendo cualquier la investigación del departamento cuáles son sus ejes de desarrollo está una dirección que tiene que ver con las contrataciones entonces bueno entender de primera mano en que están sus ambiciones si son departamentos que están pensando no se quieren presentar proyectos grandes etcétera ustedes vieron el programa de esta deca natura no interesa poder apoyar esos procesos pero para eso hay que entender un poco mejor a los departamentos y la idea puede tener al menos una reunión semestral con cada departamento para ir avanzando junto un verdo número dos me parece muy buena iniciativa solo quería preguntar si los centros también están involucrados incluyendo excelente hecho hay 12 departamentos y n centros voy a decir n porque bueno tu pregunta porque también estamos trabajando en entender un poco que vamos a llamar centro si porque hay centro que son oficiales de la universidad de chile hay centros que se crearon a través de proyecto esos proyectos terminaron pero continuaron los centros etcétera hay mucha diversidad de centros entonces estamos haciendo ese trabajo inicial preliminar y así que por ahora todo el mundo está en la lista para ser visitado alguna otra consulta perfecto entonces ahora le doy la palabra al profesor rodrigo soto director del del de la dirección de vinculación si ahora no días la muy cortito la dirección de vinculación tiene varias cosas y yo descubriendo todo lo que involucra unas relaciones internacionales relaciones con la industria admisión escolar escuela de verano apoyo de proyectos estudiantiles y vinculación interna en los consejos siguientes iré invitándolo y contándolo algunas cosas que iremos haciendo en distintas líneas pero quería contar dos cosas una sobre relaciones internacionales porque ayer bueno el domingo desde el domingo hasta ayer hubo una visita de saiz toquio y quería contar un par de cositas que creo que son relevantes para ustedes una que es bueno es una universidad relativamente nueva pero pues salió el domingo 24 pero una fusión de dos universidades antiguas y está focalizada en ingeniería ciencias ingeniería y medicina y y ha tenido una relación más o menos larga con en particular con la facultad de medicina y a partir de la iniciativa ingeniería más salud que se creó aquí en la facultad junto con con con la facultad de medicina se empezaron a generar relaciones de trabajo y eso se concreto un poco más el año pasado que hubo un foro académico chile japon donde fue una delegación de la facultad también de la facultad de medicina y se se decidió hacer un acuerdo de cooperación y precisamente la esta semana vino una visita donde se firmó un acuerdo un acuerdo muy amplio no merendo de entendimiento nada muy concreto pero después de afirmar un acuerdo de intercambio estudiantil y eso es lo que quería contar de que si bien esto partió como ingeniería más salud y de hecho va a haber un va a haber un gorcho dentro poco en el tema un gorcho conjunto el acuerdo es amplio y por tanto los invito a visitar la página web de del intuito science tokyo porque hay todas las áreas y yo iría que todos los departamentos de la facultad podrían tener relaciones ahí entonces son tipos de cooperaciones que surgen desde una iniciativa bien concreta se amplían y pueden abrir oportunidades para para el resto por momento le vamos a informar cuando el acuerdo de intercambio estudiantil es realmente firmado porque eso tiene que pasar un poquito pues controloría y todo tipo de cosas lo otro un poquito más largo es sobre el tema de admisión escolar o atracción de estudiantes y ustedes saben la la facultad ha tenido un declive muy menos sistemático en cuanto a ser la preferencia o la primera opción de los estudiantes que están egresando de cuarto medio mucho de nuestros egresados a muchos de nuestros alumnos no están acá porque tenían pantaje suficiente para irse a la católica especialmente y se fueron para allá y si ni si era como segunda opción no entraron estamos perdiendo mucho alumnos de todos los sectores económicos de todos los tipos de colegio de todas las regiones en fin o no hay en fin y algo que tenemos que atacar y la decana la post prioridad al tema así que hemos estado haciendo algunas cosas por un momento bastante preliminar y vamos a pedirle después ayuda apoyo e ideas y quizás vamos a hacer algunas después de unidades de trabajo específicos sobre el tema pero principalmente vamos a hacer un ensayo país ahora en octubre y el próximo año también lo cual permite traer estudiantes a la facultad y a más poder después de hacer el seguimiento y descontactarlos y tienen buenos puntajes en fin para que de alguna forma fidelizarlo vamos a hacer una jornada orientadores en colegios así que ya tengo una lista de colegios que también la vamos a circular por si acaso usted logra identificar espacios donde podríamos estar trabajando que no estamos haciendo vamos estamos priorizando en colegios que históricamente estaban enviando estudiantes en la facultad o no enviando sino que alumnos de esos colegios se matriculaban acá y ya desde algunos años ya no o muy expióradicamente entonces queremos saber qué lo que está pasando así lo estamos empezando a volver a invitar a traer los actividades y estamos volviendo a trabajar también con la escuela de verano como una oportunidad de identificar y a traer talento a la facultad y esto es lo que ya sí es esto un poco de contarles lo que estamos haciendo y ahora es lo que les voy a pedir vamos queremos cambiar un poquito el relato de que se le entrega a los estudiantes cuando vienen de visita ustedes que hace tiempo de ver qué pasa así como un cuadrilla de estudiantes es cierto como monitores, con algunos estudiantes de colegio y el relato estamos viendo que era a veces un poco arquitectónico, un poco demasiado docente, es decir, hoy ustedes van a tener un curso de cálculo, dálgara y eso es súper difícil, pero en fin, es muy motivante, obviamente, integrar, pero creemos que podemos contarles cosas más interesantes. No sé, contarles por ejemplo que, no sé, que aquí al lado se desarrollan los robots para la minería, sin que la minería ya no es copicota, no sé, que la primera egresada de ingeniería salió esta facultad, también como la primera licenciada en física salió esta facultad, que no sé, que cosas anticonstitutivas, que en física estudiamos qué es lo que pasó antes del Big Bang, que existen físicas ahí y se está estudiando, no sé, que el curso al general lineal lo podrían tener eventualmente una clase con un premio nacional, que el primer correo electrónico se mandó de esta facultad y, por ejemplo, que cuando yo entré el año 89, todos los mechones teníamos correo electrónico, antes siquiera que los ministerios pensaran en tener correo electrónico, y todos los mechones teníamos un correo electrónico, en fin, que el EDM lleva 130 años contribuyendo al país, en fin, hay un montón de relatos que podemos hacer, que tenemos una académica, dos académicas que participan en el IPCC y que están estudiando, y eso lo pasa con el cambio climático. Entonces, lo que les quiero pedir a todos, les voy a mandar un correo poco, es a los directores, directoras de centros, departamentos y también a los consejeros que me manden pequeñas historias, pero una pequeña historia es pequeña, cosa que el monitor, mientras va caminando, diga, oye, aquí al lado está el MTC, donde hacen robots y sigue, por los cinco segundos, donde no tengamos que decir que somos los mejores, que el caiga como de cajón, que este es el lugar donde pasan cosas de ingeniería, donde es el mejor lugar para estudiar ciencia y ingeniería. Entonces, le voy a pedir que nos manden relatos tres a cinco historias por centro, por departamento, de cosas que ustedes creen son motivantes, no sólo para venir a estudiar, sino para que después, eventualmente, ser un profesional que va a estar trabajando en esa área. Gracias, Rodríguez. Comentarios o preguntas para Rodríguez. Muchas gracias, Rodríguez. Rodríguez, no puedo dejar pasar el comentario y entiendo la comparación. Perdón, la ingeniería de Minas, casi 173 años y hace mucho tiempo que no se hace con Picota. No puedo dejar pasar el comentario. Oye, respecto a, yo te quería comentar respecto a los MOU, porque hay varios MOU que efectivamente están en curso, otros que se comienzan a tramitar, pero no hay un seguimiento formal. Entonces, en definitiva, no es que entran a un World, como al WorldSoup, que nosotros lo vamos bien, al WorldFlow, perdón, que lo vamos viendo. Entonces, hay algunos que quedan por ahí estancados, no sabemos el motivo. Y creo que se necesita una formalidad y lo otro, tener como a la vista todos los MOU que existen hoy en día, porque pueden ser algunos de alcance de la inversal a la distinta unidad. Eso yo creo que sería bueno, si lo podemos abordar pronto. Sí, como dije, no, no quiero ver todos los temas de la dirección acá, y efectivamente de Relaciones Internacionales es un tema que tenemos que trabajar, porque involucra a dirección académica, que hay proyectos directamente de cooperación académica, de posgrado por intercambio estudiantil, de pregrado por intercambio de estudiantes de pregrado. Y hay muchos MOU que se firman y que no, es decir, que son, que no son tan útiles. Es decir, que quizás lo mismo se podría hacer sin una cooperación. Entonces, tenemos que hacer el seguimiento, porque todo eso requiere un esfuerzo, un esfuerzo institucional, estar moviendo gente, estar haciendo toda una administración y de repente no son exálios o algunos sí son útiles y precisamente porque no se fue, dio seguimiento, no se tenía implementando. Y sobre la minería, por supuesto que lo sé, no sabía que tenía tanto año, pero efectivamente creo que tenemos que contarle, a ver, puedo decirlo, un ingeniería de MENA con el profesor de ingeniería civil, los ingenieros, o sea, no podemos, no puede ser que el estudiante cuarto medio crea que un ingeniero es el que construye puentes. O sea, tenemos que salir a discursos mucho más modernos donde efectivamente construyemos puentes, pero no solo eso. Hay muchas más cosas y eso creo que tenemos que pasar un discurso interesante y motivante para los estudiantes. Gracias. Abregar esto de Lomo Yú, comparto contigo Leandro, que nuestro objetivo no es maximizar el número de MoYus que vamos a firmar, sino que eso es simplemente el primer paso para habilitar a actividades que sean realmente beneficiosas para la comunidad. De hecho, ayer cuando nos pedimos de la Comisión de la Science Tokyo, justamente el punto que levanté es, vamos a tener una comisión ahora operativa de las dos universidades con un plan de trabajo de corto y mediano plazo para que es muy fácil firmar un MoYu y que nos vayamos de vuelta a cada uno a su actividad y perdamos el momento. Así que lo tomamos y son justamente temas transversales donde, por ejemplo, la dirección de investigación tiene que trabajar codo a codo con la dirección de vinculación y el de canato, justamente para que esto traiga fruto. Si no, lo otro es, yo comparto contigo. Es simplemente como tener una medalla, pero no es útil si no eso no lleva a actividades conjuntas. Así que está súper anotado y la primera que nos tocó firmar, que es de Science Tokyo, ya tenemos una agenda de trabajo y de hecho, como decía Rodrigo, el 31 de agosto y el 1º septiembre tenemos un workshop donde, de hecho, Richard es uno de los speakers, si hay speakers japoneses y ya les vamos a mandar información online, jugando con el tema del cambio de hora, vamos a estar en la noche nosotros y yo en la mañana, pero vamos justamente para que esto no se diluya, vamos a tener de inmediato una actividad, así que vamos a hacer este catástro de MoYu y vamos a ver efectivamente qué pasa en cosa. Así que está anotado tu punto, Leandro. La mano de Camilo Yanquimán, ¿te damos la palabra, Camilo? Muchas gracias, primeros buenos días. Creo que es súper relevante lo que mencioné recién respecto a cómo se plantea el relato de la facultad y en ese caso sería interesante realizar, por ejemplo, también cómo se expresa fuera de nuestras puertas, que más que la facultad, muchas veces yo lo conocía como la escuela, mucha gente hablaba de la escuela y se entendía cuál ingeniería como tal, siempre fuera de acá y cuando yo sin ingresé entendí que esta era una facultad como tal. Esa diferencia creo que igual sería importante porque la gente generalmente estudiante le expresa la importancia de la escuela de ingeniería más que de la facultad de Ciencias Físicas y Matemáticas. Hablando con poco de relato y tal vez la marca, si usted me pregunta, creo que más fuerte la marca de la escuela que de la facultad para estudiantes por menos cuando le expresan, ya sea como de una trascendencia familiar o del mismo conocimiento público fuera de nuestras puertas. Eso por una parte y lo otro también que públicamente, no sé si cómo se ha expresado como la historia de nuestra facultad, generalmente cuando uno lo revisa se ve más desde la instalación acá en Buchev, en adelante y se pierden 80 años de historia, siento yo. Si generalmente uno de todos los que es libre de la facultad o expresión de la facultad, relata lo que fue en Buchev, 850, antes otra calle, en adelante, pero lo que fueron 80 años previos, siento que yo que generalmente se pierde, dónde estuvo la facultad, cuáles fueron sus sedes, todo ese aspecto que es histórico, que es lo que levanta también los cimientos de quiénes somos, muchas veces nos encuentra presente en nuestro propio relato histórico. Gracias Camilo, un muy buen punto el de el relato, cómo nos vamos a identificar, es una tarea que tenemos que construir entre todos, de acuerdo que yo cuando estuviera aquí hablaba de la escuela y después me he contado con lo egresado de derecho y también hablan de la escuela, tenemos otra alternativa que es Buchev, FSCFM, etcétera, así que es un punto que vamos, tenemos que crear esa marca, ese sello escuela, elegir porque tenemos mucho, así que ha notado tu punto. Algunos comentarios Felipe, atrás. Hola de Cana, buenos días. Para Rodrigo en torno al mismo tema, que es un tema que yo insisto, me gusta insistir en este tema, que creo que el tiempo no ha demostrado que eventualmente se podría transformar en una urgencia y el tema de reavivar el tema del festival de ingeniería y ciencia. Yo creo que ese es una piedra angular de nuestra facultad, es importante que nosotros transmitamos nuestra épica desde la facultad hacia el exterior, creo que eso es sumamente importante y entendiendo que los tiempos se tienen que adaptar porque obviamente nuestra épica sigue siendo la misma hace 20 o 30 años, pero el tema es que el mundo obviamente ha cambiado y en particular nuestro país ha vivido procesos importantes durante el último año y por lo tanto tenemos que encontrar la mejor manera de transmitir esa épica hacia afuera y en ese contexto yo creo que también sería interesante el evaluar la posibilidad de hacer un festival no solamente en ingeniería y ciencia para el mundo abierto, sino que también un festival de ingeniería y ciencia que sea para los colegios, para los colegios porque hoy en día nos está pasando que hay muchos, hay tanta universidad, y hay tanta universidad haciendo tan buen trabajo que muchas veces incluso estamos pasando desapercibido. Entonces yo quería mencionar eso en mi último consejo, entonces quisiera transmitir esta inquietud que vengo transmitiendo desde el ciclo anterior ahora. Muchas gracias. Sí, bueno, esto fue una discusión que salió Artón en las reuniones que tuvimos en campaña y todas esas cosas y afortunadamente había un consenso en esto y creo que todo lo que se ha indicado es súper bueno, pero ojo que hay cosas que quizás debíamos considerar hacer que no nos gusta mucho hacer, por ejemplo campañas de marketing, campañas mediáticas, ese tipo de cosas que nosotros no somos buenos, nosotros tenemos la cultura buchefiana de que si somos buenos el resto va a saber, pero como todos saben, como lo han señalado, hay otras universidades que hacen media cosa y parecen todas las noticias y nosotros hacemos cosas de tamaño 100 y no lo decimos. Entonces yo creo que eso es algo que deberíamos mirar, hay gente profesional que sabe hacer estas cosas, que tomar lo bueno que hacemos acá dentro, porque hay mucho bueno, realmente bueno, yo lo creo realmente, y mostrarle una manera que genera impacto y eso puede ser en el contexto de festival, puede ser en el contexto de varias cosas, pero yo creo que algo que seriamente deberíamos estar considerando obtener digamos ayuda profesional para hacer esas cosas. Tomar yo la palabra porque esto efectivamente yo creo que lo que hablamos durante varios meses, el contexto ha cambiado y nos basta con ser buenos para que nos perciban como buenos, vamos a tener que ser menos pudorosos en mostrar, ¿no? Y efectivamente estamos allá agendando reuniones con expertos para que justamente ver qué nos cuentan, nos ofrecen, así que nos vamos a estar informando cuando tengamos ya alguna iniciativa a discutir, pero lo tomo 100% Camilo. Sí, justo un comentario respecto a eso último y que en verdad puede ser también de utilidad para la facultad, es que la bicerrectoría de extensión y comunicaciones elaboró una política de comunicaciones como justo orientada a este tema, sé que está casi lista y la mayor discusión fue de cómo promocionar la facultad, ya que un tema importante en marketing comparado con otras universidades. Yo creo que sería un buen insumo que ellos se que la facultad participó de aquella conversación con el área de comunicaciones como ente de contraparte y que se va a aprobar prontamente, pero dejar como eso ha notado ya que tienen como una estructura planificada para modificar las redes de comunicación de la universidad como tal y un poco incentivar el tema de marketing como mencionaba recién. Gracias Camilo. Rodrigo y no hay pasamos a los otros puntos. Sí muy cortito como este último consejo, el tema del festival de ingeniería de ciencia, es algo que queremos retomar, se dejó hacer un momento porque subieron mucho los costos y en fin hubo algunos problemas. Estamos viendo las posibilidades, ya no sé qué para este año evidentemente, y la vez anterior se hacía efectivamente en tres días, un día era público interno de la estudiante de la facultad, el segundo día era colegios, el tercer día era estudiantes de colegio, pero no vinieron como colegios sino que auto organizados con sus familias, en fin, de algún día es auto, será jueves bienesavado. Lo queremos hacer, estamos viendo las posibilidades de financiamiento con, por ejemplo, el concurso de ciencia pública de Anid y cosas así. Rodrigo, bueno, es un área que hay artes consensos que tenemos que potenciar, así que tiene de arto trabajo Rodrigo como líder, pero tenemos el trabajo todo junto como para participar en esta dirección. Le dejo la palabra a William Scalderon como director de la escuela de posgrados de educación continua que también nos quiere contar algunas cosas. Gracias, Deca. Yo primero quería agradecer a los que han colaborado en la, digamos así, la organización de la escuela donde el simpócio por grabo, el cuarto simpócio por grabo. Específico quería agradecer a Sidora Berlanga, Felipe Díaz de Departamento de Ingenio de Química y también a auspiciadores que hemos tenido en esta versión, que son Nick Chile, OpenBuchef, el Centro Modento Matemático y la UNTEK. Y recordarles que la información está en la página web es el 20 de 21 de agosto y esta ocasión hay gente que viene a otros países a este evento. Nosotros, la escuela por grabo hemos estado trabajando en detectar nuestros procesos y dónde podemos mejorarlo porque un poco la mirada que hay es que queremos mejorar la experiencia de los alumnos y profesores sobre todo la interacción con la escuela por grabo en que reconocemos que algo bien importante para la facultad y que en el fondo es algo que también nos permite ser un vínculo o un vehículo de vinculación con nuestros alumnos que formamos y también cómo generar impacto en el medio de nuestro alumno. Hay una diversidad de caso en la facultad de situaciones del programa de distinto. También vamos a trabajar en el tema de ajustarse si quiere la parte normal de la interna de muchos programas porque hay un rango de situaciones en la facultad y eso muchas veces explica ciertas fiscosidades, los procesos que en un programa se den ciertas situaciones en otras situaciones. También preocupados de la acreditación y eso gatilla quizá en uno de los focos que vamos a trabajar importante digamos que es la gestión de la calidad. Nosotros vamos a empezar a trabajar con cada programa en buscar generar un piso común en la facultad, en llevar a los que están digamos lo hace un poco más atrasado a llevarlo a un nivel más higiénico en ese sentido y eso lo vamos a hacer bien bilateralmente pero vamos a tomar experiencia de los programas que le ha ido mejor o que tienen un mejor desempeño y en fondo transferir esas buenas prácticas si se quiera el otro programa. De alguna forma la escuela, la parte que es escuela programada tiene muchos procesos que son manuales y no ha llegado a la digitalización tanto como se cree en esa oficina digamos así y también vamos a trabajar en esa dimensión en el proyecto de digitalización de algunos procesos que venían trabajando hace unos tres meses. Nosotros vamos a hacerle algunos mejoras en estos meses y lo vamos a trabajar con el vicegecano esos temas. ¿Qué otras cosas? Nos interesa tener buena comunicación con la dirección de departamento porque sabemos también de que hay una práctica que yo viví estando en donde están ustedes sentados esto que llega información y no necesariamente hay comunicación desde los coordinadores con el director de departamento de buena forma y muchas veces esa información repercuta en temas de financiamiento que sí deben pasar por la dirección de departamento. Entonces queremos tener una relación con los departamentos pero también con la dirección en la mirada en que los programas si bien son iniciativas departamentales de cierto modo que la escuela programada esperado ser el el ente que hace control y apoyo. Nosotros entendemos que es importante que la dirección de departamento esté involucrada o al menos viene informar en todas las cosas que se están haciendo. Entonces vamos a hacer lo mismo que dijo Alejandro no tan inmediato porque estamos levantando nuestros procesos y nuestro diagnóstico interno y por otro lado lo que es la escuela de educación continua eso tiene sabemos que atiende otro mercado tiene otra dinámica pero también vamos a hablar con los departamentos por un tema de de actualización sabemos que departamentos están recién incursionando en este tema de la educación continua también los queremos bollar la idea es que la escuela por grado sea un aliado nosotros ya tuvimos un consejo de escuela y básicamente esa fue la línea editorial del consejo que es que la escuela se transforma en un socio en cierta forma de los departamentos en esta iniciativa. También tenemos un diagnóstico de algunos diplomas que hay que pensar siempre en lo que se comentaba recién, acepto la parte como estrategia marketing o ver qué ajuste hay que hacer para actualizar los contenidos. Porque es mucho más dinámico lo de guasión continuo en un mercado mucho más, que gira mucho más rápido, ¿certo? Y la idea también es tener presencia o mantener la presencia o mejorarla, incluso si es posible. Pero para eso necesitamos la materia prima de los departamentos. Nosotros también vamos a disponibilizar materia prima de nuestra nuestra capacidad y es un poco la idea en general que de la forma de trabajo que vamos a tener. Eso. Gracias, Williams. ¿Alguna consulta? Pero eso es la mano. No, el cursor. Bueno, seguimos con el profesor Ricardo Herrera, director de escuela que nos cuente algunas cosas relevantes para el consejo. Pruebamente solo dos puntos. Los primero, bueno, estamos listos para comenzar el segundo semestre a partir del lunes. Con este segundo semestre se va a completar la implementación del nuevo reglamento de estudios. Y debido a una de esas cosas es que tuvimos un pequeño retraso en la inscripción de los cursos porque el límite de crédito para los estudiantes no está implementado el plataforma de tiempo. Afortunadamente se lo logró y se pudo abrir la inscripción. Ya se llevó a cabo y deberíamos tener los resultados del día viernes, cada uno de ustedes podrá ver los estudiantes que van a tener en sus cursos. Lo otro que quería contarles tiene que ver con el ingreso para el próximo año, el proceso de ingreso. Ya están definidas las principales variables que quise tomar en cuenta. Les voy a compartir algo. Lo primero que sirve para todo el mundo tiene que ver con las ponderaciones, ¿no sé si la? Como ven, debería poder saber. Será la visualización, tú lo ves? Sí, aquí, los que están conectados en el sumo pueden ver. Ahí está. Ya. Tiene que ver con las ponderaciones. Ahí están las ponderaciones que nosotros estamos utilizando, que en la facultad no ha habido cambio desde que comenzó el nuevo sistema con la PIS. Así que por ahora mantenemos las ponderaciones un 10% de la nota en ciencia media, 25% el ranking que se mantiene por el 2027, pero para el 2028 va a ser modificado. Ya tenemos el aviso de que el ranking se va a calcular de manera distinta al 2028 para que efectivamente refleje lo que es un ranking y no tenga las distorsiones que tiene la forma actual de calcularlo. 10% de la competencia electoral, 20% competencia matemática 1, que para nuestra facultad no hace ninguna discriminación, y un 20% de la competencia matemática 2, y por último, 15% de la prueba de ciencia, ¿ya? No consideramos nosotros la distorsión y ciencia social. Eso con respecto a las ponderaciones y lo que quería contarles, donde si hay alguna novedad, el número de vacantes, mantenemos básicamente todo igual a lo del año pasado, salvo dos cosas. Una es el aumento del sobrecupo. El sobrecupo es como la sobreventa en los pasajes aéreos, ¿verdad? El fondo de nosotros históricamente hemos visto que, si seleccionamos una cierta cantidad de estudiantes, una porción de ellos se va finalmente. Y la idea del sobrecupo entonces es que cubramos el cupo real que tenemos, incluyendo esta gente que se va y podamos cubrir el cupo regular, sin necesidad de correr listas de espera. El problema que tienen las listas de espera es que cuando uno corre a la espera y selecciona alguien, ese alguien ya está matriculado en otro lado y es difícil mostrarlo de vuelta para acá. Entonces es el ideal sobrecupo. Entonces lo aumentamos a 90 porque ya lo había aumentado en años anteriores a 72 y aún así todavía tuvimos que correr la lista de espera un poco. Y la otra novedad tiene que ver con una nueva vía de ingreso que es del sistema y que se implementó en la Universidad en particular que se llama de Líderasgo y Trajectoria Escolar. En esta nueva vía de ingreso entran este año tres iniciativas distintas. Una en la que tiene que ver con los consejos consultivos de niñas, niños y adolescentes, la participación de estudiantes jóvenes en estos consejos que se va a valorar de alguna forma y eso les va a permitir optar al ingreso a través de esta vía especial. Como todas las vías especiales, la gracia que tienes, la gracia que no tiene una exigencia de cumplir con el puntaje de corte de la vía regular. La otra es un programa especial que tiene Bachillerato con el Lisomol de Sala, que tiene ahí una iniciativa y que también les va a asegurar el ingreso en algunos cupos en esta nueva vía. Para los que no saben, el Lisomol de Sala es de la Universidad de Chile. El director del Lisomol lo designa, la rectora, a pesar de que funciona con un colegio particular. Y la última iniciativa que entra o que podría entrar por esta vía es nuestra escuela de verano. Hay algunos requisitos respecto a la cantidad de cursos que realicen en la escuela de verano quienes quieran entrar por esta vía, que se van a informar oportunamente, pero eso es. Entonces hubo una petición desde el nivel central de que se abrieran cupos en esta nueva vía y, por lo tanto, abrimos cinco nuevas vacantes inicialmente en esta vía. En este en este ciclo, digamos, la escuela de talento de la FEM no se va a integrar hasta vía. Ellos tienen su propia vía de ingreso. La tenían por lo menos hasta este año. Pero la idea es que esa vía se fusione con esta nueva vía de ingreso de vinculación escolar. Eso es todo lo que tenía para contar. ¿Cuntas? Imagino que van a haber varias. Claudio? Una pregunta casi de curiosidad. ¿Qué ocurre si todo lo agente lo sobrecupe o acepta matricularse? Ayer la facultad que tiene ese problema, que es la FEM. La FEM ofrece menos cupos que nosotros. Pero hace un par de años ya vienen matriculando más estudiantes que nosotros en el primer año porque matriculan a todo el sobrecupo. Ya hay que aceptarlo a todos, el riesgo. Pero la verdad que nosotros no hemos tenido ese problema dentro de la familia hace rato. ¿Alguna otra pregunta? O salopalma y después le acepto. Si quisiera saber cómo se deciden los puntajes de las fundaciones, cuál fue el proceso. Esto fue un análisis que hizo la escuela en su minuto cuando Luisa Pinto era directora, donde se miraron cosas como no afectar la diversidad de la composición, garantizar que la gente que ingrese tenga un desempeño adecuado y cosas de ese estilo. Y ese tipo de cosas nosotros la seguimos mirando ahora con la idea de todos los años estar evaluando si es necesario modificar una ponderación o no. En el caso de la prueba M2, por ejemplo, esta facultad fue en primer año la única que exigió y le dio un porcentaje a esa prueba. Lo otro universitario le pusieron algunas como pruebas rendidas, pero no la ponderán en el puntaje. Y eso ha ido cambiando gradualmente y ahora casi todas las carreras que requieren algo de matemática están solicitando un porcentaje de la prueba M2. Y el empuje ahora desde el DEMRE, incluso a que carreras como la nuestra aumenten esa ponderación. Pero eso requiere algunos análisis y justamente para no alterar de nuevo las otras cosas que nosotros queremos que se compren. Gracias, Leandro. Gracias, Ricardo. En la misma línea, si es que se ha pensado la forma de acompañar aquellos estudiantes que ingresan con cupos particulares, que la corte es distinta, lo hemos visto en distintos periodos. En definitiva, tener, implementar algún programa de tutoría o si es que se ha pensado o se piensa en el futuro. Todos los ingresos especiales, nosotros los tenemos identificados y se les invita a participar en las tutorías que existen. Hay dos tipos de tutorías en Roléa 3 que incluimos la que ve la subdirección de pueblo indígena. Una que es la tutoría PAR, que apunta justamente a los estudiantes que vienen con más desventaja, por decirlo de alguna forma. Y las otras son tutorías más generalizadas como el taller de reloj, donde van en grupo a la parte más bien de los cursos. La otra, la tutoría PAR, es un acompañamiento más holístico, si tú quieras. Que no solo ve la parte académica, sino también tiene que ver con la parte social, la incorporación, en un ambiente universitario, en alguien que viene a una familia donde es la primera persona que llega a esta instancia, por ejemplo, o que viene de contexto socioeconómico, súper vulnerable. La dificultad, aunque no nos encontramos siempre, es que esto es siempre voluntario. Entonces, muchas veces, como estos son estudiantes que en general fueron los mejores estudiantes en su colegio, ellos llegan con la idea de que no necesitan apoyo. Entonces, ahí es donde le estamos tratando de enfocar los esfuerzos de traer a esta gente para poder darles los apoyos que necesitan a tiempo. Y no a final del primer año, cuando ya han recudido al mismo curso dos veces y empiezan a tener dificultades en su incorporación académica, en su continuidad en la facultad. Pero existe los apoyos y estamos trabajando para reforzar. Gracias. La profesora Doris Zá es que tiene una pregunta de este tema. Sí. Bueno, primero que nada, en la distribución de los porcentajes para entrar, en general, en otras universidades han logrado atraer talento a mujer, ponderando más las notas del colegio y el ranking. Ese es como un hecho. Entonces, igual hay que conversar ese tema. Pronto, yo creo, más que hoy en día hay cupos de mujeres que ha tenido también no solo éxito en esta facultad, sino que ha sido implementado a nivel del ministerio y en todas las universidades. Pero también podemos buscar otras estrategias que han hecho otras universidades en el mundo y en las y nacionales. Eso por un lado para que lo pudiéramos discutir. Y lo otro es que, bueno, en esa de los cupos, Ricardo, en realidad los pueblos indígenas tenemos dos cupos por carrera o más. Y en esta facultad teníamos 30 cupos de los pueblos indígenas para verlo en la planilla, pero que pusiste dos. Y que, además, esos cupos de pueblos indígenas también como pioneras nuevamente se implementó en toda la universidad. Ahí veo Alfredo Lucas, que fue en realidad el que ejecutó esto, no solamente en esta facultad, sino en todas las otras facultades que tienen uno o dos cupos. Y en esta facultad, como les digo, más de dos cupos por carrera, por eso son 30. Y, además, nosotros en la facultad recibimos, por supuesto, los 30 cupos de la lista de espera que se completan de todos los pueblos. Recibimos alrededor de 90 estudiantes indígenas. Nosotros creemos que hubo una fortaleza porque contribuye a conocer nuestra cultura, formamos comunidad. Y de esos 90 alumnos hay como un 80% que ingresan a las tutorías porque las tutorías, en realidad, de acompañamiento, lo que preguntaban acá, incluyen aspectos académicos y aspectos también familiares y de formar comunidad, en realidad, de que ellos también puedan sentirse cómodos y mostrar su cultura. Eso es por un lado. Eso es para que vámonos de la planilla, Ricardo, porque, en realidad, esos son los cupos que había. ¿Alguna otra última observación respecto a este tema? Si no, ahora le dejo la palabra nuevamente, la profesora Doris Zay, pero en su rol de directora de diversidad y género. Maria y Maye, un límien nuevamente. Bueno, me puse nerviosa ahí, pero algo dentro de mi cultura, que es muy importante y quiero decir inmediatamente, parte de nuestro protocolo para presentarnos. Voldoche tuvo un meo, chul chul pulé. Yo soy de Voldoche, me vuelo de Voldoche, ahí parte mi raíz, entre Nueva Imperial y chul chul. Así que eso es bien importante, antes de comenzar acá mi rendición de cuenta, que en realidad, como decía Susana, estamos empezando ahora. Yo, en realidad, estoy entrando a la Dirección Diversidad Género, donde he trabajado siempre, con mayor énfasis en pueblos indígenas y bastante también en género. En esta etapa de instalación, en realidad, ya en otro rol, ya yo en esta dirección siempre fui voluntaria en ambos ámbitos. En este rol estoy en una etapa de fortalecer la unidad para poder fortalecer temas más bien administrativos y de logística que espero resolver en un periodo razonable. Quiero recordarle a ustedes la misión de la Dirección Diversidad y Género, ¿ya? Y, bueno, también un poco que viene con mi impronta desde siempre, es promover la ciencia y tecnología con perspectiva de género y con perspectiva de todas las diversidades, ¿ya? Yo creo que es una fortaleza en la que hemos avanzado bastante en esta facultad y, por supuesto, hace un proyecto de educación superior intercultural por nuestros pueblos indígenas y migrantes. Hoy en día el tema de las mediaciones a nivel mundial es un temazo. Yo creo que esta facultad lo puede absorber de una manera sistemática, de una minada de la ingeniería y ciencia. Esa es como la impronta, por supuesto, y queremos hacerlo interseccional, porque es un problema de, es decir, no un problema o una fortaleza. Y siempre yo, en estas conversaciones desde hace más de 10 años que estamos en esto, interseccional el género, pueblos indígenas y migrantes y todas las diversidades que son muy importantes y hacen una ingeniería que tenga sentido, que formemos profesionales integrales, que realmente tomen decisiones, buenas decisiones el día de mañana. Un profesional que hace una estadía en una comunidad indígena, créenme que el día de mañana va a tomar mejores decisiones como profesionales, las forestales, las mineras o en cualquier área urbana, rural de nuestro país y nuestra sociedad. Ahora le voy a pedir a Ricardo si me puede proyectar un par de slides que quería yo presentar en realidad de una actividad bien importante y que también muestra esta impronta, no solamente hacia la comunidad de Foschepsi, no hacia todas las facultades. Yo diría en esta versión es una versión ya más consolidada. Ya. Bueno, estas son un par de slides. Yo quiero mostrar la historia en realidad nuestro Congreso Tecnológico Indígena se ha mostrado como un referente a nivel nacional e internacional. Tiene un objetivo bien claro que un diálogo intercultural entre las comunidades indígenas, el académico, instituciones públicas, sector privado y sociedad civil. Y así también son las personas que participan. Es pionero en realidad porque en reflexionar cómo de alguna manera podemos interceptar o tener estos aportes de nuestros saberes ancestrales de los pueblos indígenas en virtud de desarrollo científico y tecnológico que sea sustentable e inclusivo. Ya se han hecho cuatro versiones, no tenemos el primera fiche. Ya ha participado bastante gente como ustedes ven acá. La invitación, si me puedes pasar a la siguiente slide. La invitación ahora es muy pronto ya este siguiente mes entre el 12 y el 14 de agosto. Acá por supuesto en el mismo auditorio de siempre en Chiñi. Y en especial les pido, bueno, a todos acá los directores, consejos que nos ayuden con la difusión. Y además en especial, ojalá que todos ustedes y todas ustedes participen en la ceremonia a Imará. La hacemos con arto y cariño hacia la facultad en realidad desde nuestra convivición indígena. Cada actividad la empezamos con un Jipun o una ceremonia, en este caso, a Imará, para dar mucha energía, mucho nebuena a nuestro equipo y a la actividad misma. Después a las 9.30 van a empezar una presentación que ahí vamos a mostrar los hitos de nuestra subdirección junto a Pablo Vergara, que es el coordinador de las tutorías indígenas, estudiantes de ingeniería eléctrica, y Nelly Condori, que es funcionaria de Nick Chile y que es a Imará y es una voluntaria muy trabajadora que ha estado contribuyendo en todos los ámbitos. Y después vamos y en esa oportunidad vamos a homenajear a la profesora Diana Dulic. Quería detenerme ahí porque Diana además era miembro muy activo de la subdirección, contribuyó en la internacionalización de la subdirección de pueblos indígenas. Ella nos hizo los contactos en Tudelfe. En Tudelfe están trabajando arto y interculturalidades de la mirada, desde la migración en los pueblos indígenas. Nosotros hoy en día somos parte del minor de emprendimiento internacional. En esa universidad, y tenemos una colaboración, y van a presentar además. También tenemos colaboración con British Columbia, a través de Diana Dulic, que también nos hizo el contacto, por supuesto, ahí tienen gran desabancé en Canadá, con respecto a interculturalidad con el pueblo de indígena y desde la ingeniería, que es lo que nos interesa también especialmente. Así que ese es el llamado. Agradecerle ahí a Claudio Gutiérrez, que es parte y miembro de la subdirección. Leandro también es miembro de la subdirección del pueblo de indígena, porque estamos repartiendo un folletito para que los dejen en su distinto departamento. Eso. Chaltumay. Muchas gracias, Dori. Muy interesante tu... O está el día de la actividad de la dirección de ingeniería de universidad. ¿Alguna consulta o comentario? Bueno, le paso la palabra a la última intervención respecto a como cuenta, Danilo Kusmanich, que tiene un par de un anuncio importante. Gracias, De Cana. Bueno, delante, no leí la bienvenida a los nuevos directores. Como saben, ser asumir el rol de dirección trae consigo algunas tareas, labores, responsabilidades nuevas. Y por lo mismo, desde hace algunos años que hemos instalado una inducción a los nuevos directores, que vamos a repetir en esta oportunidad, por lo cual les anticipo que en el próximo día lo vamos a contactar para ya la cabo esta inducción. Estamos pensando en una actividad de un día, perdón, de medio día. Probablemente, si no es el viernes 7, a más tardar será el viernes 14 de agosto, en la mañana. Y están todos cordialmente invitados. Y lo segundo es que el público objetivo son quienes están asumiendo recién responsabilidad de dirección, pero están todos quienes quieran sumarse a esta inducción muy bienvenidos y bienvenidas. Y lo segundo es que un tema que tenemos pendiente es la aprobación por parte de este consejo del presupuesto del Fondo General. Yo no sé si todos entienden bien lo que es el presupuesto del Fondo General, es parte de lo que queremos transmitir en la inducción y explicar en la inducción. Y probablemente esto va a implicar, tenemos que verlo con la decana, una sesión extraordinaria del consejo para abordar ese tema. Y como hay personas que recién se están incorporando, en esta oportunidad también vamos a tener que explicar en términos generales cómo se determina el presupuesto con la aplicación de Entrecomilla el Polinomio. Por esa razón creo que puede ser más conveniente una reunión extraordinaria para abordar el tema. Eso por invarte de ganar. Muchas gracias. Sí, efectivamente vamos a citarlos probablemente para no esperar tanto ya que el presupuesto 2026. Así que vamos a tener alguna sesión extraordinaria para eso. Lo que les voy a pedir ahora es que vienen algunas ratificaciones, después de esas ratificaciones nos tomamos el break para habitual y después seguimos con los últimos puntos de la tabla. Entonces justamente quiero hacer notar que parte importante de lo que quiero conversar es que estas ratificaciones que están en su información ya desde el bienes pasado las podamos después, que son rutinarias, muy importantes, pero que está toda la información, hacelas de antemano para liberar tiempo valioso para la discusión de los temas. Que si requieren una discusión en tiempo real y no diferió. Entonces tenemos primero nombramientos académicos. No sé si lo puedes, esto es lo que después queremos juntamente. Todo lo tenemos, pero vamos a ir rápido con eso. Bueno, hay ocho casos que ustedes tienen en sus mails, no sé dónde lo tengan. En la citación, Departamento de Ingeniería Industrial, Fernando Ordoñez Pizarro, dado el cargo que está asumiendo, tiene un nuevo nombramiento a contrata en el departamento por seis horas como profesor titular. No sé, Paulina, si los leo todo o aprobamos uno por uno. Ok. El Departamento de Ciencias de la Computación, Johan Chris Fabri, que es ingreso a la administración pública con nueve horas, categoría profesor adjunto, Adolfo Carrasco Acosta, académico por diez horas, categoría profesor adjunto, ingreso a la administración pública también desde agosto del dos mil veintiséis, Departamento de Ingeniería Eléctrica, Jorge Silva Sánchez, ascenso de jerarquía a profesor titular, Patricio Mendoza Araya, modificación de nombramiento a Donoren por una hora, es decir, deja la facultad, Departamento de Ingeniería Civil, Ana Lucía Prieto, académica con nada completa, jerarquía de profesora asociada, ascenso de jerarquía, Departamento de Física, Carla German Avigliano, académica con nada completa, jerarquía de profesora asociada, ascenso de jerarquía, y el Departamento de Ingeniería Química, Biotecnología y Materiales, Francisco Gracia Carocca, académico con nada completa, jerarquía de profesor titular, ascenso de jerarquía. Si hay algún comentario. Paulina, ahora votamos. Se somete a votación estos ocho casos. Entonces, los sometemos a votación. Votan los directos. Quieren ver esos votos. ¿Quién es el voto? Ah. Ya. Ah. ¿Hay alguien que levantó la mano por un comentario? No. Ya. Ya. Ya. Ya. Ya. No. Paulina, ¿no más cómo es que era? Es con mucho que va a pasar. Eh. Bajar en claro quiénes pueden votar y quiénes no. Como. Bien saben, en el Consejo hay directores y consejeros que tienen derecho a voto y otros invitados que tienen solamente derecho a voz. Quienes pueden votar es la de Cana y los directores de la respectividad de escuela, los directores del Departamento y los consejeros. Y, por supuesto, los consejeros. Y, por supuesto, los consejeros. Y, por supuesto, los directores del Departamento y los consejeros. ¿Ya alguna duda al respecto? Tal vez mencionar, recordar el número. Son las dos unidades, las tres, quince, más los ocho, los veinte. Yo creo que sí. Bueno, como el total de los directores y consejeros de Libra, elección que tienen derecho a voto suman veintitrés. Las acuerdos se adoptan por mayoría simple de los miembros presentes, teniendo en cuenta que hay un mínimo de cuero para sesionar, que es la mitad, la mayoría simple también. Entonces, es importante que pueda levantar la mano siguiendo el protocolo que establece el reglamento de sala. Así que ahora, aproximadamente, la de Cana va a someter a aprobación la propuesta de los nombramientos académicos. Por favor. Levante la mano los que están de acuerdo con aprobar esta propuesta. No. No. No. Es curioso. Fernando, no vota.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Rechazos. Hay un tema que este... Que el Podepo tiene que sanjar con respecto a las reglas de, ¿Cómo son las reglas de cuarto de ruta? Bueno, no, es por el cuero, pero es, pero algo que tiene que estar escrito en nuestras reglas de reglamento de sala, que sería, encontramos que sería muy violento decirle, tienen que aprobar esto, si nosotros queremos incluir esto en las discusiones de cómo queremos cambiar el reglamento de sala, que vamos a abordar a continuación, y es algo que tenemos que tener aprobado esto de la inclusión de los nuevos representantes para abrir el próximo año. Entonces nosotros esperamos al próximo consejo poder delucidar este tema, que en fondo el tema es, ¿Cómo tomamos la decisión de elegir a los representantes en el caso de que no logren los cuórums y las elecciones sean invalidas? Entonces, en ese caso, cuando no logren los cuórums, ¿Cuáles van a ser los representantes de estudiantiles o de personal de colaboración que participan en este consejo? Algo que este consejo tiene que decidir y que queremos instalar en dejar por escrito en la reglamento de sala. Entonces vamos a tener para la próxima, ¿Cuándo hacemos esa elección? No agregar que estamos tomando posesión de todos los cargos y esto, de caso central, informan que tenemos plazo hasta abril para incorporar el nuevo para funcionar como nuevo consejo. Entonces yo creo que necesitamos y le pedimos a todos la paciencia si es la próxima o dos meses después, pero está dentro de los planes del reglamento, más que planes, Camilo ya no lo veo. Quiera su pregunta, lo vamos a hacer, pero no queremos hacerlo bien y, como les decía, reglamentariamente esto tiene que partir funcionando el primero de abril. Quiero dar la palabra por si hay algún comentario con respecto a estos calendarios y el tema de cómo incluimos a los representantes estudiantiles y de colaboración. Gracias, Dice De Cano. Me acuerdo cuando se aprobó esto en el Senado Universitario, vino nuestro senador Sergio Céliz a contarnos del proceso y nos contó que aún no era claro si estos nuevos representantes de los consejos iban a tener los mismos derechos a voto en todas las decisiones o solamente las que fueran más pertinentes para el gremio o sector que representan, y eso quedaron por notificarnos y nunca se nos notificó en qué quedó esa discusión. Quería saber si hay información sobre eso. Tengo información al respecto, otro punto que agregar para esta discusión que tenemos que tener en la próxima reunión. Por eso mismo no queremos apurar esto porque hay varias cosas que hay que hacer la transición. Entonces, ese tema les pido nomás que lo discutamos hacia el final de la sesión o en las próximas para que podamos ratificar estos puntos que el profesor Ordoña presenta del calendario. No, y quería nomás destacar lo que decía del cuorum, eso es súper importante, porque Ricardo tiene los números para consejeros de escuela que tienen ya consejeros y creo que la última elección, ¿cuánto daron 200 personas de una población de seis militantas? Entonces, es un tema bien importante, o sea, esto no se puede apurar. Camilo tiene levantar la mano, ¿vale usted? Sí, creo que es un tema que justo vea por la imagen de la sala. Yo perdón, voy a hablar más fuerte, no sé si escuché bien. Sí, quería comentar que algo que veía por lo menos del tamaño de la sala es que tal vez no queríamos corto de espacio, por lo menos el asalado del consejo, un tema que pueda llegar a pasar si es que vienen todos. Eso es un tema que lo dejo como un aviso de que algo que estaba viendo desde acá. Respecto a la pregunta que realizaban recién, en general se mantuvo tal como está actualmente, decir un consejero académico, estudiantilo de personal de colaboración, tiene la misma calidad en el sentido de que tiene las mismas funciones y misma temporalidad en cargo. Así que, eso es una discusión que manifestó en su momento antes de que se votara aquello y se aprobó que eran las mismas funciones para todos. Gracias, Camilo. Eso es claro, vamos a recuperar tu información, está respondiendo a tu concept para la discusión que tenemos que tener durante este mes para poder decir al próximo consejo. Algo en tu comentario, si no, yo creo que deberíamos votar. Perdón, profesor. Disculpen, qué me confundió, entiendo que la elecciones son el 27, ¿eh? El 26 habría un consejo más que el, está cierto? Y toda esta discusión de cambios potenciales no aplicaría para elecciones del 27. Es muy encima. Yo no lo apuraría. Yo creo que, como dijo el vice, vamos a empezar la conversación. Yo les quiero proponer y recibir feedback como nos vamos a ordenar. Entonces, no tenemos el apuro y tenemos que, si falta información, como para apreciar a lo que nos está contando el profesor Bravo, el Camilo, no hay ningún apuro para tomar una decisión. Entonces, nos vamos a tomar todo el tiempo mientras cumplamos los plazos para que lo hagamos con toda la información y bien hecho. Así que, para que despejar esa preocupación, no, no lo vamos a tomar decisión hasta que no tengamos, tenemos todos convencidos que está, que estamos tomando una buena conformación de este nuevo consejo. Está la voluntad de ser diligente, no más. Estamos tratando de que la ultima funcione, pero hay que hacerlo con calma. Y Caza Central dio tiempo porque sabe que van a surgir temas que no hemos considerado. Sí, gracias. Solamente aparentemente aclarar un tema que en esta elección ya parte del nuevo reglamento estaría en vigencia, que es la cantidad de consejeros académicos, pues estarían eligiendo ocho. Así escucha, no, ya antiguamente era menos. Ya, pero el ocho calza con la mitad, porque también se habló de cuatro más cuatro, que, o sea, ahí estaría el cincuenta más veinticinco, veinticinco. O sea, ya estábamos en el número, esa parte de esta resuelta del nuevo reglamento, creo decir, el ocho calza con el nuevo reglamento. El único número que hay que cambiar es el número total de consejeros que hay que va a pasar de 23 a 38, a 31. El resto son los mismos ocho acá. Entonces, nuevamente, levante la mano los que están, ratifican las fechas que se presentaron acá. Alguna, ¿están contado ya, Paulina? ¿Alguna abstención? ¿Rechazo? Perfecto. Vamos. Entre todas las cosas que tenemos que elegir, nos toca una junta electoral local. Esto es, son seis académicos, personas que tengan un nombre mental académico, elegidos de forma aleatoria. Yo he visto en un consejo que hicieron el random aquí, pero como son ministros de fe, se supone, entonces yo lo hice o lo hicimos ahí en la oficina y aquí están seleccionados, lo seleccionaron. ¿A quiénes? Ya contacté. Perdón. Y eso es tan acoso. Entonces, quedo profesor Lecán Pozano, Constanza, Oma, Claudio Falcón y Christian Cortés, Raúl Castro y Denis Saúry, todos por, si no me digo, dos años, que son la gente que participa en la Junta Electoral Local, que tienen que ser ratificadas en este instante. ¿Algún comentario, consulta? Procedemos entonces a la votación, los que están de acuerdo levanten la mano. Ok. Atenciones y rechazos. Un comentario, Le, si el random puede incorporar criterios de género, de manera que, por el random, no hayan aquí, son mujeres, son hombres, a futuro digo. Ahora hay una mujer, pero... Tuvemos la suerte, el random decía random, salimos con la suerte, pero podríamos incluir en el futuro que sea un random cegrado, claro, con un cuota. Somos 23 por ciento mujeres, sin que salió más o menos, o que debería salir. Muchas gracias. Porque no tenemos propuesta en estos momentos, no solo hay que decidir los directores de la UNTEX, sino que tiene una serie de consejos y directorios en los cuales participa de ganaturas y estamos tratando de armar ese puzzle. Entonces estamos hablando con el UNTEX para cómo vamos a funcionar, pero vamos a traer una propuesta para la próxima asociación. Entonces nada que votar. Les parece si nos tomamos un break. Después el otro nos quedan algunos puntos. Tiene un minuto, por favor.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no, publicamos igual, no vemos la ciencia igual, internacionalmente, no nacionalmente, y y queremos ver un poco cómo diseñamos y cómo entendemos todo la carrera académica y eso es parte de eso, ¿no? Posiblemente de ese ejercicio es algo una evaluación que tenga que ver con con este punto como un hito, obviamente solemne de la carrera académica de todos nosotros, ¿no? Obviamente eso queremos ponerle en una escala de tiempo también, de manera que que que los tiempos de nuestras carreras académicas tengan alguna lógica, ¿no? De acuerdo, digamos, a lo que somos, etcétera, ¿no? Pero va a ser un ejercicio simple, ojalá que esté puesto en forma de slide, que se cruce con todo lo que hacemos hoy día desde la calificación, la jerarquización, etcétera, de manera que cada departamento le pueda poner su identidad y hacer su jerarquía. Gracias. Bueno, ya le damos el voto, damos el voto. Ah, perfecto, test, pasamos a la solución, la renovación y integrancia de la slide, la actuación de algunos padres, la vacuación, la vacuación, cuesta, la vacuación, el mismo poco de discusión que va a ver, es probablemente lo mejor. Esto va a ser con una abstención, porque en el mismo procedimiento, pero bueno, eh... Empezamos ahí. Yo creo que lo único, lo más importante acá, no sé si saben que en la comisión local de auto evaluación institucional, llega el 2018 funcionando, también es toda una estructura del área, dentro del área de la Universidad de Chile de evaluación, está la evaluación académica, está esta auto evaluación que como parte institucionalizar los procesos de agreditación y ese tipo de cosas. Y hay una comisión local, donde faltaba un integrante, y los integrantes ahora académicos son Marco Flores del Departamento de Física, Rodrigo Pascual de Ingeniería Mecanica, Coriana Salazar de Ingeniería Química, Biotecnología y Materiales, y se agrega Patricio Feldmer del Departamento de Patemática. Esa es la propuesta de la comisión que se trae al Consejo de Facultad para su ratificación. Consulta, comentarios. Una que se va cuenta, quien es el... Ah, se fue... Gonzalo Navarro. Gonzalo Navarro hace como hace un mes, una cosa así, claro. No, no, no, no. Se salió de la comisión. No, no se fue anhelado. No, no se salió de la comisión. Sí. No, que se ha interpretado como el reencontrador del momento en que se ha venido la Facultad. Y, Carmen, tiene personal de apoyo, particiero de fusión. Yo creo que es válido. Todos los comentarios que se hicieron anteriormente, iba a ser sujeto, revisión, todas las formas, todas las comisiones donde estamos eligiendo personas. Así que ha notado para todas. Pero tenemos que ratificar esta, levante la mano los que están de acuerdo, con la incorporación de Patrice O'Felmer, que en el Fondo Lo Nuevo. Listo, abstenciones. Y rechazos. Perfecto. Seguimos, muchas gracias. Seguimos. El Fondo. Es. Es buena. Dispona. Tenemos la propulista. Cuesta es el término de las cosas. Tiene locese como también es decir, si es chica. Tiene tecnología, adivinante. Tiene pasamancias y le bienvenidas. Tiene pasamancias. Bien. Esto es breve. Ustedes tienen los reclums de los tres profesores. En el caso del Departamento de Ingeniería Eléctrica, la propuesta es que pase a ser jefe docente del profesor César Azurdi, en reemplazo del profesor Rodrigo Palma. El profesor asociado, con trayectoria en coordinación en posgrados principalmente, y ahora pasaría a tomar el. Esta labor en el pregrado. En el caso del Departamento de Ingeniería Minas se propone al profesor Raúl Castro, también profesor asociado del Departamento correspondiente, en reemplazo de Andréina García, que fue la coordinadora hasta hace un tiempo y que estaba asumiendo otras responsabilidades en el ADMTC. Y en el caso del Departamento de Ingeniería Química, biotecnología y materiales, se propone al profesor Cristiano Salgado, quien ya ha sido jefe docente en ocasiones anteriores, el profesor asociado del Departamento también. Y en reemplazo al profesor Frank Quiro, que se ha desempeñado como jefe docente hasta ahora. Nuevamente necesitamos ratificarlo. Si tienen alguna, ah, OK, no hay comentario. Estamos apurados. Aptenciones, rechazos. Respecto. Muchas gracias. Pasamos. Ahora, bueno, seguimos con el profesor Herrera, cambio de planes de estudio de las carreras de ingeniería mecánica, matemática, civil, mención, estructura, construcción y geotécnia. Paso la palabra. Luego, y todo gracias por la aprobación de lo anterior. Voy a, los cambios en realidad son bastante menores. Acá han de ser aprobados en el Consejo de Escuela de la semana pasada. Voy a partir con el Departamento de Ingeniería Mecánica. El cambio consiste en la modificación de un curso que era el curso de manufactura avanzada. Que era un curso obligatorio de la carrera. Y el Departamento, después de un análisis del plan de estudio, decidió dejar ese espacio como un electivo de especialidad para incrementar la posibilidad de formación más amplia dentro de sus estudiantes. Entonces, si Álvaro quiere agregar algo respecto a eso. No, solo decir que fue una discusión larga al Departamento y el Departamento tenía el pésimo ranking de ser la carrera con menos electivo. Así que pasamos de 3 a 4. Así que subimos un escalón en el electivo e inflexibilidad de la carrera. Bien. Y lo otro que fue una pregunta que salió en el Consejo de Escuela es que hay electivos suficientes y más para que puedan elegir en este espacio los estudiantes. El siguiente voy a seguir con el Departamento de Ingeniería Matemática. En este caso, el Departamento de Ingeniería Matemática, después del último cambio plan de estudios, la mayoría de los departamentos quedaron con dos prácticas profesionales. A excepción del Departamento de Ingeniería Matemática y además, esa última práctica quedaba en el último semestre de la carrera, lo cual generaba un montón de problemas con la articulación que la mayoría de los estudiantes de Ingeniería Matemática articulan con Magister. Entonces eso generaba una serie de problemas al tenerlo en el último semestre. La propuesta entonces de cambio es pasar ahora a dos prácticas profesionales. Se mantiene la primera práctica profesional tal cual y la segunda práctica, en lugar de tener los siete créditos que tenía, tiene ahora los 14 que le corresponden al combinar estas dos últimas prácticas en una sola. Y además pasa del semestre 11 al semestre 9, lo cual va a eliminar los problemas que teníamos con la articulación de los estudiantes. ¿Sí? No... No veo a... Daniel, no sé si quiere agregar algo. No? Perfecto. Y por último, en el caso del Departamento de Ingeniería Civil, también es un cambio menor que tiene que ver con la orientación más bien... Esa es una cosa bien, así de nota personal. Para mí es una cosa bien curiosa que los planes de estudio tengan que declarar como los estudiantes tomen los cursos en qué orden. Pero está así. El cambio aquí consiste en el... Dar vuelta en qué orden se toman esos dos cursos. Había un curso de proyecto hormigón armado, que es un proyecto de estos tipos capstone, donde se aplican un montón de conocimiento y aprendizaje durante la carrera. Y después de eso aparecía en la malla el curso de ingeniería estructural avanzada, que en realidad es algo que deberían saber para poder realizar el curso de proyecto hormigón armado. Entonces la propuesta del Departamento es dejar esto de forma más racional, de manera que primero está el curso de ingeniería estructural avanzada y luego el de proyecto hormigón armado. Juan Felipe, algo que agregar? Sí, bueno... Yo participé en el rol del jefe docente en el plan de estudio del 2019 y diseñamos el plan erróneamente, digamos, como está la izquierda. Claro, eran el curso de mecánica o análisis estructural avanzado era nuevo y originalmente pensamos que lo habíamos ubicado bien, pero al trancurrir los semestros, cuando llegaron los estudiantes y empezaron a tomar el curso, ellos nos empezaron a dar el feedback. Y bueno, pasaron un par de semestros hasta que hicimos la discusión y tomamos la decisión de solicitar el cambio. Pero entonces este es un cambio consensuado entre los docentes, académicos y los estudiantes que nos hicieron ver este problema. Entonces, si no hay más, o sea, si no hay consultas, procedemos a la votación. Ratificaciones, o sea, ¿quién aprueba? ¿Listo? Aptenciones. Estenar por el mismo motivo. No, atención. Aceptación. Ya. No hay abstenciones. Y rechazos. Perfecto. Estamos. Muchísimas gracias. No se vayan, porque ahora viene el tema que para mí es uno de los más importantes. Ahora empezamos. Bueno, como le decía al comienzo, de hecho, yo no sé si al final, Claudia, estamos diciendo, vamos a tomar el tiempo. ¿Cuánto nos demoramos desde que partimos con la ratificación hasta ahora? ¿Lo tomaste? ¿Cuánto es? 40 minutos en votaciones. Entonces, esto, a ver, una de las discusiones o conversaciones o peticiones que capturé cuando conversé con muchos, con la mayoría de ustedes, era justamente un poquito o bastante frustración que de repente los problemas importantes no teníamos el espacio para conversarlo. Por ejemplo, lo que dice el profesor Gutiérrez, que siempre queda en varios el tema, por ejemplo, como elegimos nuestras comisiones. Y eso no hay un espacio y creo que es una de las discusiones profunda y estratégica que tenemos que tener como facultad y que son realmente, deberíamos tener esta un instancia periódica y que la forma natural es en el consejo donde están todos los, de partida los consejeros, los directores de departamento, que los departamentos han puesto su confianza y son la conexión directa con los académicos de cada departamento. Y sí, nosotros hicimos este ejercicio ahora porque en realidad hay materias que son importantes, todo lo que se ve importante, o sea, todo esto que votamos es importante, sin embargo, son rutinarias y que requieren ser aprobadas y en este minuto, como yo les decía, hay un reglamento de sala que debe cumplirse. Por lo tanto, no se podían cambiar hoy día en el T igual cero, pero sí podemos ponernos de acuerdo ahora y sí, mi formó la directora jurídica, Paulina Fuentes, que nosotros podemos generar un nuevo reglamento de sala que tiene que obviamente cumplir con las condiciones que requiere toda la normativa. Y todo lo que es aprobación, sí es requisito que lo haga el consejo de facultad, pero no tiene que ser en la sala. Nosotros estamos mandando y el compromiso es que, junta con el acta, que esto es lo que se ha hecho en el pasado, el link donde vamos a enviar todas estas que también se está haciendo, vamos a cambiar el formato para que sea un poquito más fácil para todos los que tienen que votar o que tienen vos también, porque pues todo el mundo tiene acceso a leerlo. La idea es que en un archivo estén en el orden de la minuta todos los temas que requieren su aprobación. Entonces, lo que nos gustaría es tener, probablemente en dos meses, a través de un campus, sea esa votación que estamos haciendo en persona, el próximo consejo ya lo vamos a hacer así, probablemente va a tener que ser en un, como se llama el Google Form, por tema de que no sé cuán fácil y cuán rápido vamos a hacerlo con un campus. Pero en el corto plazo sí lo queremos transformar, o sea estoy hablando de dos meses que sea un campus. Pero si le llega este link y los va a llevar a una Google Forms, es provisorio. Entonces la idea es que antes del consejo, o sea que en el fondo, hasta el día martes anterior, ustedes hayan votado con apruebo, rechazo o abstinción o rechazo, de manera que Paulina pueda hacer la contabilidad de esta votación. Que se descultan solo. Y bueno, no terminaba. La idea es que nosotros o yo puedo hacer un resumen de cinco minutos diciendo, mire, esto se aprobó por tantos votos, hubo dos abstenciones, ningún rechazo, etcétera, puede hacer el resumen de todo. Y también lo que me había olvidado, que la propuesta es que en esa, cuando ustedes vayan a leer, y quizás nos va a obligar a leer, porque yo sé que algunos de nosotros llegábamos sin haber leído, porque total igual se explicaba en la sala. No sé cómo está toda la información, pero la idea es que también se pueden hacer observaciones. Y si son observaciones menores, así que realmente es como, oye, la fecha era el 27 y no el 26, a lo mejor la podemos responder de inmediato y no traerla al consejo, pero alguien puede tener una observación más importante, en que en ese caso, en sala sí lo vamos a discutir. Eso con respecto a todas estas ratificaciones que sean rutinarias. La otra cosa que junto con el link, proponemos que va a haber un nuevamente, como transitoriamente va a haber un Google Form, y después lo vamos a hacer también a Treadoo Campus, que como vamos a liberar mucho de su tiempo, todos los consejeros tienen la opción de proponer temas relevantes para la discusión en consejo, que pueden ser en el consejo, a ver, si somos muy activos, probablemente lo vamos a poder discutir en profundidad todos los que se propongan, pero que esté visible para todos para que vaya corriendo la lista, de manera que hace un tema que quedó pendiente, se pasará para el otro consejo. Una cosa que también quisiéramos modificar es que, hoy día no lo hicimos porque no teníamos muchas cuentas que rendir de lo que se había hecho durante el mes pasado. Entonces, la idea ahora es que nuevamente, esta información, por ejemplo, lo que hace la oficina de inculación, se va a subir con anticipación, lo que habitualmente se hacía en sala, hasta todos los PPT, documentos que sean necesarios, etc. Y esa va a ser realmente la cuenta, no se va a hacer en sala, pero nuevamente, cualquiera de los consejeros puede levantar en este Google Form uno de los temas que se presenta. Por ejemplo, Rodrigo presenta lo de la prueba PAHES, el ensayo de la prueba PAHES, presenta lo de la Science Tokyo, y tres otras iniciativas que tomaron lugar en el mes recién pasado y hay alguien que en realidad le gustaría profundizar en algún tema, dar alguna idea o simplemente quiere preguntas que no están resueltas ahí, entonces la suben en, justamente, vamos a tener asociado a esas cuentas de cada dirección una posibilidad de poner temas, abordar respecto a esas cuentas. Entonces, la propuesta básicamente es liberar tiempo para que tengamos todas estas discusiones que estamos ansiosos de tener. Y yo ahora dejo abierto, porque tenemos que redactar un acuerdo de un reglamento de sala nuevo, que básicamente vamos a hacer lo mismo, pero vamos a usar el tiempo en forma distinta, pero justamente quería aprovechar de darle la palabra para que nos den feedback en cosas, que traemos de llegar a un acuerdo, contruirlo entre todo, de tener el mejor reglamento de sala antes que Paulina nos ayude a redactarlo y a probarlo. Entonces, dejo abierto ahora la discusión, no solamente si les parece bien o mal, sino que de ni idea, mira, a mí me gustaría ABC. Gracias. Sí, solo quería manifestar que en este momento participo y le estaba pilotando un sistema que nos pidió el Senado Universitario para manejar las elecciones en sala y las votaciones, etcétera, acta y ahí va. Entonces, hay algo de eso ya que está disponible. Está en este momento tan fase piloto, pero debería estar disponible, imagino, dentro de un par de meses o algo así, que nosotros lo pensamos también para aplicar en consejos. Así que puede existir esa opción de simplificarlo, pero, ojo, que el carácter era elecciones ocurrían durante en sala, digamos, para compabilizar la cosa remota y también presencial, incluso elecciones a mano al sala. Tiene varias. Entonces, nosotros estamos dispuestos a conversar esto, es cómo ver cómo lo podríamos aplicar. No cumpla alguna, la otra cosa de, que hablaron ustedes de levantar temas, es algo distinto, pero estamos disponibles para considerarlos altos. Eso. Muchas gracias, Recana. Yo lo primero es agradecer la emoción de que sean más ejecutivos los consejos, sin duda, que eso ayuda mucho. Efectivamente, hay una instancia que es presencial en donde se discuten. Hay temas que son resolutivos, que son consultivos. Los consultivos ya estoy plenamente de acuerdo y los que hay que ratificar también, porque en definitiva viene ya y es responsabilidad, es un deber de cada consejero, el poder informárselo que está participando. Pero las que son resolutivas y son de, se someten a escritir ni a votación, hay una instancia que es de discusión y a veces se genera en el mismo momento. Y alguien saca un punto, a lo mejor se les pasaron los demás, porque no está informado en forma, pero se genera esa ola, ya de discusión. Entonces, para poder tenerla efectivamente en línea, creo que necesitamos el material antes, porque por lo general tenemos una semana antes, tenemos el material y ahí nos podemos ir informando y llegamos acá al consejo. Simplemente para que lo tengas presente por los tiempos. Eso. Y los otros son de otros. Y lo último, bueno, todos saben que lo que están en tabla es lo que se puede discutir en el consejo, lo que queda en otro obviamente pasa al siguiente consejo. Eso, gracias. ¿Sí? Ya. No contarles que en el Departamento de Votación en realidad ya hicimos esto. O sea, de hecho el Matías nos hizo un pequeño sistema que permite levantar los temas y podemos dejar comentarios en línea, ratificar. Y hicimos como un reglamento de sala, que básicamente las cosas se pueden votar de antemano, pero requieren ratificación en sala si hay desacuerdo o alguien veta la votación. Así que en realidad se puede hacer y se puede hacer relativamente rápido de esa parte, pero hay que ver bien con el sistema que dice Alejandro, para no pisarse. ¿No? Me parece muy... Se aprueba en forma... Una animidad. No hay nada que discutir. Y probablemente dejamos abierto y ahí queda lo que dice Leandro, cuando no hay una animidad que probablemente lo podemos traer a sala. Lo que pasa es que en realidad, yo creo que aquí yo estoy pensando en las cosas muy rutinarias, que no son excepcionales, como por ejemplo la UCE, que es en el fondo todo los semanas lo mismo, y es mucha información. Danilo tiene que presentarlo por reglamento de sala. O sea, él no tenía la opción de... Aunque algunos reclamábamos, no tenía la opción de no presentarlo. Entonces, ese tipo de cosas, si alguien quiere meterse al detalle y objetar alguno de esos, en buena hora. Porque sería... Sería novedoso. Pero en buen punto lo de Joseline Leandro, que es la cosa donde no haya una animidad, donde podemos traerlo a la sala. Sí, a mí me parece súper bueno hacer más eficiente este asunto con un montón de cosas que son totalmente rutinarias, digamos. Y, claro, habría que hacer el estudio bien de cuáles son rutinarias o no. Yo dejaría algunos detalles, hay algunos detalles que son más simbólicos, que son rutinarios, pero simbólicos. Por ejemplo, el ascenso de profesores y esta jerarquía. Y no sé cómo hacer, lo que sea, uno vota, nadie se ha oponer, salvo que yo nunca he visto que alguien... Pero sería bonito nombrarlo acá a esa persona, ¿sí? Y un pequeño detalle de ese y alguna otra cosa simbólica que pudiera haber. Y lo otro que yo creo que adelantándome a la incorporación de ocho personas más a este consejo, creo que hay que el reglamento sala debiera tener alguna norma sobre intervención, intervenciones cortas, porque la lógica del Robert's Rules of Order, ¿sí? Porque se transforma en una cosa totalmente insatable, ¿sí? Comparto tu apreciación, o sea, tenemos que... No hay nota de participación, como decían los cursos. Voy de acuerdo. Y en esto de anotar los temas, también vamos a pensar una forma también de importancia para tratarlo. Van a haber temas que a lo mejor no los vamos a poder postergar, que no es por orden de llegada. Eso tenemos que darle una vuelta, pero me parece muy bien para que la cuestión avance. Pero había... Camilo Yanquiman. Muchas gracias. Parece súper interesante, en verdad, la iniciativa que estaba proponiendo. Comentar tres cosas que se podrían, de vez en vez, ver. Y es que respecto a lo que comentaba de las cuentas, no sé si hacer como un punto, si alguien tiene una duda en la cuenta, un punto en cientabla, sino que dejaría en específico aquello como un punto de consultas de cuenta, por ejemplo. Si es que no hay consultas, no se utiliza, pero dejaría las cuentas públicas en el link de Ucampus que se envía. Y si alguien tiene una consulta, se presenta durante como primer punto en tabla. Y así, por ejemplo, tiene una consulta de tres minutos. No sé que eso debe hacer un punto en tabla como tal, por ejemplo. Eso es lo primero respecto al tema de las cuentas. Lo segundo es que estaría bueno, por ejemplo, subándome a lo que mencionó al profesor Leandro. Es que se puede enviarle con un poco más de anticipación en los temas, por ejemplo, en vez del viernes, el día miércoles, una semana antes, yo creo que sería mejor aquello para revisar con mayor anticipación. Y lo otro también es que lo que plantea respecto a cómo abordar puntos que tengan discrepancia, ahí, por ejemplo, dejaría totalmente voluntad suya de cana, de que establecer todos los puntos a votar. Y si es que hay un punto que tenga alguna consulta, alguna observación importante, que la persona lo manifieste, usted lo revisa si es que se deba abordar uno en el consejo, si es que no se aborda y se vota directamente por el link que menciona, si es que sí se agrega como punto en tabla. Más que así, revisa uno por uno, si es que alguien tiene una observación concreta, se revisa no si es que se agrega como punto en tabla. Estaban esas tres cosas que pensaba un poco para ordenar más el tema. Gracias, Camilo. Estamos de acuerdo. Yo en la primera no te escuché bien, pero Fernando dice qué es lo que pensaba. ¡Expervenciones en las cuentas! Ah, perfecto, sí. Esa la idea y justamente yo creo que van a haber dos tipos de observación. Aquellas podemos resolver casi en el momento contestar a través de esa, contestarle a la observación si algo puntual. Y si no, los traemos a la sala. Así que estamos de acuerdo, Camilo, con tu propuesta. Estoy totalmente de acuerdo con hacer eficiente el tema de los consejos. Hay veces que uno está dos horas solamente en la cosa muy rutinaria, pero eso no como muy radical, casi binario, como que van a sacar muchas cosas. Y me preocupa, comentario, que el consejo tiene ritos, tiene ceremonias, tiene diálogos. Por ejemplo, las cuentas es algo que puede ser rutinario, pero también es útil para obtener más información, discutir cosas. Entonces, ahí habría que buscar un equilibrio, quizás acotar los tiempos. Cinco minutos de cuenta, un resumen de cada uno. Pero no hay que perder en tanza lo que significa un consejo, que es sobre todo diálogo. Entonces hay que buscar un equilibrio, quizás son muy radical para lo que quieren hacer, pero con plazos, yo creo, y la votación electrónica, claramente ahí algo y optimizar el tiempo, lleva a gastar, a ahorrar media hora, por lo menos. Quizás, o sea, quiero tomar el punto de un reto, porque es exactamente lo contrario, lo que queremos hacer, no lo queremos hacer más eficiente, pero hacerlo más corto. Queremos acordar el tiempo de aquellas cosas donde la gente, muchos de nosotros, nos está poniendo atención. O sea, yo lo vi como directora, que estamos con el computador abierto, trabajando en otra cosa. Estamos en una conversación, ahora todos nos cerrando. Ahora, yo estuve sentado al otro lado y estamos trabajando en otra cosa y dicen, oye, tenéis que ratificar. Entonces, es un reto un poquito artificioso, o sea, no estamos realmente, un reto para mí es cuando estamos emocionalmente comprometidos con lo que está pasando ahí. Entonces, yo lo que quiero es liberar tiempo para que podamos conversar y, dame la conversación, sea estratégica, profunda y rica, para que no tengamos el espacio para distraernos con los computadores, los celulares y los papers. Entonces, un reto para que esté tranquilo, yo no quiero hacer eficiente en lo que realmente nos estamos poniendo ningún compromiso. Yo tomo Danilo, que lo hemos conversado, así que te tomo ejemplo con la UC. Yo no he escuchado a nadie que le haya revisado con anterioridad, ni haya hecho, y eso lo no he visto nunca, alguien haya hecho una pregunta. Entonces, yo creo que es un reto, pero es una rutina para mí, no un reto. Rito, por ejemplo, yo tomo la palabra del profesor Gutiérrez, que cuando se nombra los profesores que pasaron de categoría la podemos aprobar, pero para mí el reto sería que en ese momento lo nombráramos, le enchegáramos un pin, le dáramos un aplauso. Eso es un reto para mí, pero que lo votemos y sigamos con la rutina, tampoco hay mucha emoción. Entonces, yo tomo lo que hizo usted, o sea, las cosas que son como realmente que nos enriquezcan, las vamos a seguir haciendo. Y yo creo que el tiempo nos va a ser más corto, o sea, no es que vamos a ser eficiente, y nos vamos a ir ahora las 11 de la mañana, y yo lo ganamos terminar yendo a la una, pero ojalá, porque no podamos dejar de conversar en una discusión profunda, que yo creo que una, para partir van a ser esto de las comisiones, cómo se renuevan, cómo se auto regeneran, qué es lo bueno, qué es lo malo, y cómo podemos cambiarlos sin pasar a llevar algún reglamento que está más allá de nosotros. Entonces, quiero dejar súper en claro que no un tema de eficiencia, sino que volvamos a las raíces de lo que es el espacio para conversar entre nosotros. Entonces, no agenden nada a las 11 y media, yo creo que vamos a estar más tiempo dedicado a la conversación. Y justamente, por favor, como vamos a escribir, quizás, mándenos sugerencias como esto que dijo Claudio, que cómo hacemos que sea más un rito esto de la ausenso de jerarquía de los profesores, en vez de una votación fría de números, sino que cómo lo hacemos para que a lo mejor más allá de esto tengamos un rito que vaya a nivel de facultad, donde nosotros profesores el resto de la comunidad pueda participar y quizás transformarnos en rito, creo que a lo mejor lo sacamos de este espacio y lo hacemos un rito de facultad. De hecho, por ejemplo, con los profesores titulares, hay un rito a nivel de casa central, pero no solo tenemos ningún rito a nivel de facultad, o por lo menos no me invitaron cuando pase. Pero yo creo que podemos hacer cosas, tenemos que tratarnos mejor nosotros mismos. Y en eso, tomo y transformar en rutina, transformérmolas en ritmo. ¿Y cuál es eso? ¿De acuerdo, Danilo, que la usé? No un rito que a mí no me emociona. Defende el mundo. Emociona el que se la da. Así que, pero sugerencia, o sea, si hay cosas chicas que queremos incorporar y más aún, yo creo que parte de las discusiones que van a salir más allá del Reglamento de Salas, justamente, ¿cómo podemos construir comunidad más allá de este espacio incluso? Entonces, yo estoy súper abierta, y me encantan los ritos. O sea, tengo un montón de ritos personales, familiares, y que creo que transforman la rutina justamente en eventos que son más significativos para la comunidad. Así que, anotados, pero, eso. ¿Puedo agregar algo? No. La idea de los comentarios también es levantar temas de las cuentas o cosas así que sí deberían motivar discusión. Y, de repente, nosotros tenemos una idea de qué cosas deberían motivar discusión, pero ustedes también. Entonces, va en una instancia donde ustedes pueden levantar estos temas, y los vamos a ir ordenando. De repente, son cosas que hay que discutir más y se van a ir postergando para darles su paso. Camilo, ¿tienes de nuevo la mano al levantar? Sí. Un poco respecto de lo último que mencionaba de la AUCE. Claro, yo fue el que pedí que ese poco se mostrar y que se enviera con mayor participación en su momento, ya que en contraste con otras facultades, cuando me tocó conocer toda la experiencia de cada una, en algunas no se realizaba bien o no se observaba bien de una manera y terminaba en problemática económica. Por eso, porque es igual, es súper importante, por lo menos, esta. Y creo que, aunque los otros temas llegan a ser bien atingentes a cada facultad, por lo menos este es el más relevante, siento yo, es un poco segura el tema de, no sé si, credibilidad económica de la facultad o un aspecto irrelevante que es seguir una organización importante. Hay facultades que, siendo este tema igual, que se voten sus consejos o no revisen los documentos o no nos muestran y muchas veces se han tenido problemáticas económicas, no hacer eso. Entonces, que se haga esto la facultad, por lo menos, yo creo que es importante, siendo igual un pilar fundamental con FEN, es la solvencia económica de la universidad. Gracias. ¿Estamos bien? No, de hecho, tomando, les dejo como, quizás, una tarea para todos, les vamos a hacer llegar a este reglamento, que en realidad es muy simple, o sea, la diferencia que votamos aquí, que votamos presencial, y que vayamos pensando, quizás si tenemos, todavía nos quedan, si queremos terminar dos y media, diez minutos, quizás aprovechar este tiempo para ver más a grandes rasgos, cuáles son los temas que sí serían importantes discutir acá. Por ejemplo, tema presupuesto que no lo vamos a probar profundamente, de hecho, a mí, si me dicen a mí, me gustaría presentarlo en una forma distinta, que es, por ejemplo, lo que nosotros llamamos como lineas presupuestarias, que es, ok, tenemos una oficina de vinculación y a comienzo del año, o sea, vamos a hacer para, idealmente, enero, primero marzo, tener oficina de vinculación que presente un presupuesto, que son los presupuestos habituales del número de personas, etcétera, gastos, pero después proyectos para el año, proyectos estratégicos que van para el año y cuántos recursos se necesitan, y a mí me gustaría que en eso conversáramos todo, y es el tipo de cosas que aprobaramos, que en realidad, que tengan significado para nosotros, o sea, cuando tenemos los centros de costo, que es muy bueno para la contabilidad, es difícil tomar decisiones, o sea, no hay un... Si yo les digo, se gasta tantos millones, miles de millones de pesos en electricidad, ¿qué me van a decir ustedes? ¿qué voy a decir yo? Mientras, si yo veo un centro de costo donde tenemos proratiado los costos, y tenemos en la dirección académica, en la dirección académica vamos a presentar un proyecto importante de realmente impulsar la investigación y por lo tanto, vamos a tener apoyo, a buscar recursos, a formular el proyecto, eso requiere plata, entonces, para mí, una tema que a mí me gustaría traer a la discusión de este consejo es justamente el presupuesto, pero el presupuesto no es línea, es un presupuesto, es un presupuesto que no es un presupuesto,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es un presupuesto que no es un presupuesto, a tocar acá. Pareciera que no era en medio más de guapo, porque nunca aprendió mucho tampoco, digamos, pero creo que hay que pensar dónde y cómo el consejo del responsable, por supuesto, impulsar esas discusiones, más estratégica que, a ver, donde podemos empezar a ser sujetos, pero de alguna manera en este momento nos vamos dejando llevar por las cosas que van saliendo. Voy a poner cuatro temas. Felipe me quitó el de la IA, por supuesto, pero ese es uno crucial, digamos. El otro tiene que ver con la universidad de Chile y el tema de las madridas. Estamos hablando de la ingeniería. La Chile puede discutir esto, pero el tema es la ingeniería y las universidades que están superándonos lejos, digamos, hoy día en estudiantes, en presupuesto, y luego muy pronto investigadores, digamos. La Chile tiene entre 30 y 40 mil estudiantes. La Universidad Andresbello, la Universidad Autónoma, la Universidad de San Sebastián, y creo que la otra Santa Tomás tienen del orden de 80 mil estudiantes cada una. Y eso habla algo. Eso habla algo de esta, la mitad tiene gratuidad. Por lo tanto, tenemos un problema ahí. Es decir, no es la situación que teníamos en los años 60. Voy a poner una fecha donde la Chile era absolutamente la Universidad del país. Y ese es un tema que tenemos que empezar a incorporarlo. Yo quiero discutirlo. La otra cosa es que todos discutimos los pasillos, el tema de la relación entre los centros y los departamentos. Los institutos milenios, las unidades, donde nuestros investigadores están allá y están acá y les pedimos, no les pedimos. Es un tema que también nos dejamos llevar por lo que hay, pero como que yo creo que podríamos ser un poquito más sujetos en eso, en el sentido de delinear cosas. El otro tema, el tema de relaciones internacionales, un poquito de geopolítica, relaciones internacionales, que yo creo que ya no está empezando a tocar algo. Esta cosa, a ver, yo asistí hace poco una conferencia donde cuando alguien propuso, un suizo propuso a incorporar investigadores chinos que no habían en un grupo de trabajo, los norteamericanos, los dos gringos que habían ahí, dijeron, no podemos. Si incorporamos esto a los chinos, nosotros perdemos todo el financiamiento de nuestra agencia. Y nosotros que decimos, vamos, nos vamos. Creo que ese tema está empezando a meterse mucho y creo que una discusión que deberíamos hacer para ver si podemos hacer algo, si no podemos hacer algo, si nos deberían posicionar. Y en este punto yo incorporo fuertemente el tema de Latinoamérica. Queremos meternos un poquito más allá, no queremos meternos, queremos establecer relaciones con la uva, con Córdoba, con esto, con la Unicela República, con alguna otra, con la gente de Brasil o no digamos. Pero esas cosas siempre las hemos dejado como a lo que salga, a donde salga los presupuestos, a lo que los investigadores e investigadoras piensen. Entonces creo que esos temas que son, a ver, si no los discutimos, probablemente no nos va a pasar mucho, digamos, pero si los discutimos, capaz que haya un delta de, que son, pues les decía, muy estratégico, largo plazo, pero yo creo que había que buscar alguna manera de discutirlo, no es fácil discutirlo tampoco. Gracias de Caneves-Alcán. Es un poco segundándolo lo que se ha mencionado. Yo creo que hay temas que son estratégico y de presupuesto, que es como lo principal, que se ve, es como un híbrido acá, porque en definitiva nosotros actuamos como entre una Asamblea de SOS y un directorio, ustedes serían como el directorio, es como es el simil respetando las brechas institucionales, pero en definitiva el tema de las cuentas yo creo es exclusivo, porque se da seguimiento a la operatividad que se lleva en la facultad y después los otros temas que son estratégico, ciento y en todos los años, yo 4 años de consejero y después ya tengo los dos del director anterior y ahora el segundo período, siempre con lo mismo hay temas que son estratégicos y que si bien se comunican, quedan cosas sueltas por ahí, no hay como la instancia de discusión. Creo que ese es un punto importante de rescatar. Quiero hablar algo en particular, en minería por ejemplo, que son temas que tocan a distintos departamentos, veníamos con una mesa de trabajo en donde participó Francisco Martínez, como explicaba, participaban desde la MTC que no se unígen de nadie, del Centro de Energía también, del CMM, porque también tenía un alcance en minería del departamento de ingeniería mina y se sumó materiales también después sin lo último y esa mesa estaba como en discusión, pero un proyecto grande que es con Codelco, cambió después del presidente ejecutivo de Codelco, entró Fonten en vez de Pacheco y está ahí, es un tema que está el presupuesto, que está en un proyecto que también participa la Universidad Católica y que hubo como ahí entre medio, no sabemos si tenemos la discusión o no y de hecho cuando se armó la mesa de trabajo, hay otros departamentos que también tienen ingeniería en minería, entonces empieza a actuar como por silo, hay hechas que son de sinergia, que no creo que no las estamos identificando y que pueden obtener esa conversación temprana, que son muy estratégicas, pero de repente quedan en un sesgo ahí dando vuelta y no se abren. Yo creo que es importante tener esa discusión y lo otro es una consulta, es las cuentas, nos faltó la cuenta de infraestructura, no sé si hay o no hay, pero hay un tema y yo agradezco mucho porque Felipe Urbina ha sido bien activo y se ha acercado a los departamentos en particular de mina y de eléctrica por el cambio de la matriz de agua y de esa agua que viene desde esta torre, no es una obra menor y sería importante, porque ya comienzan, ya comenzaron de hecho, claro, no sé si hay cuenta o no hay cuenta. Si justamente la invitación de la de Cana fue a poner cosas nuevas, esto de que cuentas tú del proyecto es algo que hemos venido siguiendo, informando y viendo también con comunicaciones como lo informamos a la comunidad, porque es disruptivo de todas maneras, entonces empezamos con conversaciones tempranas con los departamentos que están más involucrados en el tema que efectivamente Felipe quien lo ha estado liderando estas conversaciones. Este un trabajo, o sea que también lo hemos comentado acá en el consejo que tiene que ver con el agua potable y después de el alcantarillado y que va a tomar el segundo semestre y probablemente tome hasta el receso de próximo año e incluso se puede alargar un poco, pero la intención es irlo contando, no estaba incluida en la cuentadora porque no era nada nuevo. Primero parte presentando me, mi nombre Ignacio Torres, vengo en representación del Centro de estudiantes de ingeniería, en particular me gustaría levantar dos temas que son problemáticas que a qué genero estudiantes actualmente, el primero es el tema de la aprobación del ingreso a la facultad en los días viernes e incluso el día jueves después de las cuatro de la tarde, a propósito del tema que hablaban de la adminsión en la matrícula o la postulación en la facultad, creo que es un factor importante de considerar cómo están tratando desde la facultad al estudiante en tema de la hostilidad que representa no poder ingresar a tu facultad desde las cuatro de la tarde. Yo personalmente pienso que es importante tomarlo en cuenta que la vida universitaria representa más que solamente ir a clases que es lo que actualmente te está dando el mensaje que a partir de las cuatro de la tarde solamente puede ingresar quienes tengan clases y no parece mensaje apropiado si lo que buscamos es llamar a la gente a que se incriban nuestra facultad. Y el segundo tema es sobre la problemática que exista actualmente con los tíos que venden al morso afuera. Sabemos que una problemática que representa el tema sanitario y que van contra las leyes, pero también es importante ver que los tíos del amor se representan una oferta importante en cuanto a la demanda que no está subiendo suplir la facultad y el riesgo que representa la cantidad de arredadas que han sufrido afuera de la facultad para el mismo estudiante, no es seguro que toda la semana viniendo a gente de la municipalidad a quitarle las cosas a los tíos afuera de la facultad. Eso. Mira, lo tomamos. Este tipo de temas se discuten en el comité de convivencia donde participan el centro alumno y por supuesto estamos siempre atentos a cómo perciben los alumnos, los futuros alumnos, la facultad y lo discutiremos en profundidad y son temas que nos preocupan. Yo quería agregar como uno de los temas que a mí, a ver, entre paréntesis, aprobamos la nueva reglamento de sala, la idea que después suban, estos son como macro temas para que después esto lo aterricemos a temas que podamos tratar en una sesión. De hecho, uno de los temas más macro que a mí también me gustaría empezar a discutir es que cada departamento ha tenido, tiene problemáticas en algunas dimensiones, algunas funcionan muy bien y en otras están sufriendo problemas de administración, de espacio, de asensores, de falta de profesores, etcétera, donde cada departamento han estado desarrollando soluciones particulares, que es ineficiente, es caro y además no se socializan con los otros departamentos. Entonces yo creo que tenemos que empezar a levantar también, al final todos, los problemas son comunes y tenemos que empezar a mirarlos como facultad. Entonces yo creo que ahí también me gustaría que cambiar la lógica que los problemas de departamento son exclusivos de los departamentos, sino que son parte de la facultad, entonces son problemas de todos nosotros y empezar a levantarlo y socializarlo y buscar soluciones que son aptas para todo el mundo, que en el fondo van a ser mejores y más baratas también. Entonces yo también creo que ahí tenemos todo un área de problemas de los funcionamientos, los departamentos que deberíamos verlos, no necesariamente encontrar soluciones centralizadas, pero que sí socialicemos los problemas y nos vamos a sentir, de partida menos solo en que muchos son tan sufriendo los mismos temas. Y lo digo porque sí me han levantado temas particulares. Camilo, tal de tú. Muy bien, gracias. En general todos los temas que han salido son bien interesantes, cada uno se puede conectar. Ejemplo de eso último que mencionaba la decana, sé que como la facultad casi o es en práctico un campus hay temas que se podrían conversar, por ejemplo en Juan Guésmilla, conversaban todo lo vicedecano de los temas operativos y se juntaban un comité operativo, creo que sería interesante por ejemplo que los departamentos se reúnan por ejemplo a conversar en un comité operativo. Lo planteo como algo interesante, un comité operativo de los directoras de departamento, un representante de aquellos para ver temas de esta índole. Creo que lo estoy de acuerdo también que se podría ver como una macroarista que es la infraestructura de la facultad, tanto sea la utilización de espacios como por otra parte también la renovación de estos. Creo que es un tema de adigente como y afecta al día a día como se proyecta la facultad hacia afuera también hablando de la matrícula. También de acuerdo con lo que mencionaba el profesor Gutiérrez que es el tema de las matrículas en plegrado y también la proyección de matrícula en educación continua, que es un fuerte que se debe ver y que sé que hay un comité encargado de eso entre los decanos, pero no sé en qué concluyó que el trabajo. Sería bueno por ejemplo ver las conclusiones de ese informe o lo que la volaron respecto al tema de matrícula en la universidad de Chile. El otro que estaría hablando del primer punto que se planteó de inteligencia artificial, eso viene en el PDI, el PDI que se vota en agosto, viene en doarista de inteligencia artificial, sería bueno por ejemplo conocer qué opinan la facultad en ese sentido y también hablando de temas como macro universidad de Chile, cómo puede ver que el Consejo de Facultad por también su mirada en aquel aspecto. Por ejemplo, tengo entendido que para el decreamento de censoría que se va a votar prontamente, los decanos tenían hasta ayer para aportar sus observaciones. Entonces, hubiese sido bueno preguntar al Consejo de Facultad, enviar el borrador y preguntarle qué opinaban por ejemplo. Un sistema macro que va a afectar en el día a día es el tema de relaciones fuertemente. Y por último, creo que estaría bueno hablando de temas económicos que se planteó, cómo esos temas algunos son estratégicos y se podrían tomar el Consejo o de incidencia en la comunidad. Por ejemplo, uno que sé que en otras facultades lo toman es la alimentación como tal. Por ejemplo, sé que en derecho para licitaciones del casino u otras le preguntan al centro estudiante de derecho qué opina o qué revisa la licitación por ejemplo. Lo incluyen en el proceso. Creo que igual sería bueno que licitaciones o procesos económicos importantes o que tengan incidencia a la facultad se puedan revisar para que sea lo mejor y en verdad y aporten el día a día y también sea bueno hacia afuera como se mencionaba. Un aporte en la mirada de la facultad o escuela o buchef como se busque denominar a largo plazo. Y después vamos ya observando un par de comentarios más. Estos palimanzares se como gran agencia. Después igual vamos a dejarles el link para que vayamos poniendo temas adenados. Los voy a editar el cómo y lo que queremos hacer. Solo decir que hay dos temas que se han mencionado y lo hemos discutido. Cómo ponerlos como un tema de discusión del consejo. Uno lo mencionó Leandro esto de cómo se abre y no se hace en silo. La dirección de investigación va a empezar a tomar un rol. Hoy día como ustedes saben son tres direcciones y mucho los silos se forman porque las organizaciones que nos damos generan silo. Nos juntamos etcétera vamos a dar de capturar muchas iniciativas y darle forma el idioma en particular empezamos a conversar con Felipe. Entonces eso es algo importante para discutir. Cómo abrimos. Cómo abrimos. Cómo hacemos que la potencialidad de esta facultad se guste en proyectos estratégicos. Y lo segundo a propósito de lo que decía la de Cana de que los problemas son comunes a los departamentos también son comunes a la facultad. Solo quiero decir como director académico que el proceso por ejemplo de comisión académica parte de los departamentos no parte de la facultad. Y eso qué significa? Pongo este ejemplo porque el ejemplo que le duele el zapato a muchos de nosotros cuando nos dicen no arregle su comercial. Así que también tenemos que aprender a ver la facultad y discutir cómo partimos en el departamento con procesos para ser más eficientes y no siempre es versus la facultad. Lo que uno aprende sentándose dos semanas acá de esta torre es que pareciera que los procesos parten acá. Yo creo que hay que acostumbrarse a discutir desde los departamentos entre todos como decía la de Cana, pero a mantener que no todo parte acá. Los procesos parten en los departamentos y tenemos que ser capaces de conversar para que eso funcione bien. Y ese es un tema que yo quería traer porque uno puede tratar de ser súper eficiente pero tiene que hacerlo desde que parten los procesos, no desde que se están cerrando. Yo respirirme a la Defensoría Universitaria. Así que gracias Camilo que lo mencionaste. Obviamente yo le voy a pedir a Susana que la facultad tengamos más tiempo porque ese proyecto es muy importante, tiene repercusiones también y nosotros tenemos alta experiencia con nuestro mediador universitario que no tiene el documento todavía y no ha podido hacer sus observaciones. Es decir, te hace lo enví ayer, pero a mí me llegó el viernes. Entonces yo creo que también desde nivel central nos podemos, tenemos que también exigir nuestros derechos desde que nos envíen con tiempo esta documentación y yo ahí voy a hacer mi sugerencia. Había en larga que sea por lo menos un mes para que sean partícipes de la comunidad. Eso no me quiero alargar con éxito. Sólo como titular, pero que por la experiencia de pocos más de cinco años que han en la Universidad de Chile, yo creo que un tema central que hay que despejar sobre todo pensando en temas de gestión es definir si avanzamos a la centralización o a la descentralización. Yo llevo mucho tiempo a la espera de definiciones a nivel central y eso postergan definiciones locales y eso creo que es clave. Y esa misma lógica, bajarla a nivel de facultad. Creo que hay muchas sinergias que se pueden lograr avanzando a uniformar procesos que son similares para todos los departamentos. Eso es como te mando. Gracias, señora presidenta. Gracias, señora presidenta.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 Muchas gracias.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